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E31E4" w14:textId="606938D8" w:rsidR="00586387" w:rsidRDefault="00000000">
      <w:pPr>
        <w:spacing w:after="86"/>
        <w:jc w:val="center"/>
      </w:pPr>
      <w:r>
        <w:rPr>
          <w:noProof/>
        </w:rPr>
        <w:drawing>
          <wp:anchor distT="0" distB="0" distL="114300" distR="114300" simplePos="0" relativeHeight="251654144" behindDoc="0" locked="0" layoutInCell="1" allowOverlap="1" wp14:anchorId="1AF381FB" wp14:editId="503674AC">
            <wp:simplePos x="0" y="0"/>
            <wp:positionH relativeFrom="column">
              <wp:posOffset>5633720</wp:posOffset>
            </wp:positionH>
            <wp:positionV relativeFrom="paragraph">
              <wp:posOffset>-293370</wp:posOffset>
            </wp:positionV>
            <wp:extent cx="844550" cy="685493"/>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ctor No white background -  SERCO Logo - Copy (2).png"/>
                    <pic:cNvPicPr/>
                  </pic:nvPicPr>
                  <pic:blipFill>
                    <a:blip r:embed="rId8"/>
                    <a:stretch>
                      <a:fillRect/>
                    </a:stretch>
                  </pic:blipFill>
                  <pic:spPr>
                    <a:xfrm>
                      <a:off x="0" y="0"/>
                      <a:ext cx="844550" cy="685493"/>
                    </a:xfrm>
                    <a:prstGeom prst="rect">
                      <a:avLst/>
                    </a:prstGeom>
                  </pic:spPr>
                </pic:pic>
              </a:graphicData>
            </a:graphic>
          </wp:anchor>
        </w:drawing>
      </w:r>
    </w:p>
    <w:p w14:paraId="59BCEA3E" w14:textId="77777777" w:rsidR="00586387" w:rsidRDefault="00000000">
      <w:pPr>
        <w:pStyle w:val="Title"/>
      </w:pPr>
      <w:r>
        <w:t>FORM 1 - REQUEST FOR PROPOSAL (RFP) FOR LEASE SPACE</w:t>
      </w:r>
    </w:p>
    <w:p w14:paraId="3F733473" w14:textId="59157D68" w:rsidR="00586387" w:rsidRDefault="00000000">
      <w:r>
        <w:rPr>
          <w:i/>
          <w:sz w:val="22"/>
        </w:rPr>
        <w:t>Humble Workforce Center Office/Retail Space</w:t>
      </w:r>
    </w:p>
    <w:p w14:paraId="41AFF725" w14:textId="77777777" w:rsidR="00586387" w:rsidRDefault="00000000">
      <w:r>
        <w:rPr>
          <w:b/>
        </w:rPr>
        <w:t xml:space="preserve">Issue date and release time: </w:t>
      </w:r>
      <w:r>
        <w:t>September 29, 2026, at 4:00 p.m. CST</w:t>
      </w:r>
    </w:p>
    <w:p w14:paraId="16A91857" w14:textId="77777777" w:rsidR="00586387" w:rsidRDefault="00000000">
      <w:r>
        <w:rPr>
          <w:b/>
        </w:rPr>
        <w:t xml:space="preserve">Response deadline: </w:t>
      </w:r>
      <w:r>
        <w:t>October 20, 2026, at 4:00 p.m. CST</w:t>
      </w:r>
    </w:p>
    <w:p w14:paraId="70178989" w14:textId="78CE11DB" w:rsidR="00586387" w:rsidRDefault="00000000">
      <w:r>
        <w:rPr>
          <w:b/>
        </w:rPr>
        <w:t xml:space="preserve">Submit proposals by email to: </w:t>
      </w:r>
      <w:r>
        <w:t>Tiffany Ryland, Broker, tiffany.ryland@arvorealtyadvisors.com, and Katherine Taveras, SERCO Administrative Coordinator, ktaveras@sercohq.com</w:t>
      </w:r>
    </w:p>
    <w:p w14:paraId="520434FE" w14:textId="3CBB540E" w:rsidR="00586387" w:rsidRDefault="00000000">
      <w:pPr>
        <w:pStyle w:val="Heading1"/>
      </w:pPr>
      <w:r>
        <w:t>A. Notice</w:t>
      </w:r>
    </w:p>
    <w:p w14:paraId="0671E798" w14:textId="70C698EA" w:rsidR="00586387" w:rsidRDefault="00000000">
      <w:r>
        <w:t xml:space="preserve">SERCO of Texas, Inc. is requesting written lease proposals for office/retail space serving the </w:t>
      </w:r>
      <w:proofErr w:type="gramStart"/>
      <w:r>
        <w:t>Humble</w:t>
      </w:r>
      <w:proofErr w:type="gramEnd"/>
      <w:r>
        <w:t xml:space="preserve"> area. This request is issued for competitive evaluation and does not obligate SERCO or the Board to select a property, reimburse proposal costs, or execute a lease. Any selection is subject to required reviews, approvals, funding availability, successful negotiations, and execution of final documents.</w:t>
      </w:r>
    </w:p>
    <w:p w14:paraId="5ACE543C" w14:textId="6E80DB22" w:rsidR="00586387" w:rsidRDefault="00000000">
      <w:pPr>
        <w:pStyle w:val="Heading1"/>
      </w:pPr>
      <w:r>
        <w:t>B. Minimum Requirements</w:t>
      </w:r>
    </w:p>
    <w:tbl>
      <w:tblPr>
        <w:tblStyle w:val="TableGrid"/>
        <w:tblW w:w="0" w:type="auto"/>
        <w:jc w:val="center"/>
        <w:tblLook w:val="04A0" w:firstRow="1" w:lastRow="0" w:firstColumn="1" w:lastColumn="0" w:noHBand="0" w:noVBand="1"/>
      </w:tblPr>
      <w:tblGrid>
        <w:gridCol w:w="1944"/>
        <w:gridCol w:w="5112"/>
        <w:gridCol w:w="2232"/>
      </w:tblGrid>
      <w:tr w:rsidR="00586387" w14:paraId="049BEE1F" w14:textId="77777777">
        <w:trPr>
          <w:tblHeader/>
          <w:jc w:val="center"/>
        </w:trPr>
        <w:tc>
          <w:tcPr>
            <w:tcW w:w="1944" w:type="dxa"/>
            <w:shd w:val="clear" w:color="auto" w:fill="365F9D"/>
            <w:tcMar>
              <w:top w:w="80" w:type="dxa"/>
              <w:left w:w="90" w:type="dxa"/>
              <w:bottom w:w="80" w:type="dxa"/>
              <w:right w:w="90" w:type="dxa"/>
            </w:tcMar>
            <w:vAlign w:val="center"/>
          </w:tcPr>
          <w:p w14:paraId="38826D78" w14:textId="77777777" w:rsidR="00586387" w:rsidRDefault="00000000">
            <w:pPr>
              <w:spacing w:after="0"/>
            </w:pPr>
            <w:r>
              <w:rPr>
                <w:b/>
                <w:color w:val="FFFFFF"/>
                <w:sz w:val="17"/>
              </w:rPr>
              <w:t>Requirement</w:t>
            </w:r>
          </w:p>
        </w:tc>
        <w:tc>
          <w:tcPr>
            <w:tcW w:w="5112" w:type="dxa"/>
            <w:shd w:val="clear" w:color="auto" w:fill="365F9D"/>
            <w:tcMar>
              <w:top w:w="80" w:type="dxa"/>
              <w:left w:w="90" w:type="dxa"/>
              <w:bottom w:w="80" w:type="dxa"/>
              <w:right w:w="90" w:type="dxa"/>
            </w:tcMar>
            <w:vAlign w:val="center"/>
          </w:tcPr>
          <w:p w14:paraId="7EAE6F1B" w14:textId="77777777" w:rsidR="00586387" w:rsidRDefault="00000000">
            <w:pPr>
              <w:spacing w:after="0"/>
            </w:pPr>
            <w:r>
              <w:rPr>
                <w:b/>
                <w:color w:val="FFFFFF"/>
                <w:sz w:val="17"/>
              </w:rPr>
              <w:t>SERCO Requirement</w:t>
            </w:r>
          </w:p>
        </w:tc>
        <w:tc>
          <w:tcPr>
            <w:tcW w:w="2232" w:type="dxa"/>
            <w:shd w:val="clear" w:color="auto" w:fill="365F9D"/>
            <w:tcMar>
              <w:top w:w="80" w:type="dxa"/>
              <w:left w:w="90" w:type="dxa"/>
              <w:bottom w:w="80" w:type="dxa"/>
              <w:right w:w="90" w:type="dxa"/>
            </w:tcMar>
            <w:vAlign w:val="center"/>
          </w:tcPr>
          <w:p w14:paraId="04E948D6" w14:textId="77777777" w:rsidR="00586387" w:rsidRDefault="00000000">
            <w:pPr>
              <w:spacing w:after="0"/>
            </w:pPr>
            <w:r>
              <w:rPr>
                <w:b/>
                <w:color w:val="FFFFFF"/>
                <w:sz w:val="17"/>
              </w:rPr>
              <w:t>Respondent Confirmation</w:t>
            </w:r>
          </w:p>
        </w:tc>
      </w:tr>
      <w:tr w:rsidR="00586387" w14:paraId="729F79B6" w14:textId="77777777">
        <w:trPr>
          <w:jc w:val="center"/>
        </w:trPr>
        <w:tc>
          <w:tcPr>
            <w:tcW w:w="1944" w:type="dxa"/>
            <w:tcMar>
              <w:top w:w="80" w:type="dxa"/>
              <w:left w:w="90" w:type="dxa"/>
              <w:bottom w:w="80" w:type="dxa"/>
              <w:right w:w="90" w:type="dxa"/>
            </w:tcMar>
            <w:vAlign w:val="center"/>
          </w:tcPr>
          <w:p w14:paraId="6D0ACD76" w14:textId="77777777" w:rsidR="00586387" w:rsidRDefault="00000000">
            <w:pPr>
              <w:spacing w:after="0"/>
            </w:pPr>
            <w:r>
              <w:rPr>
                <w:sz w:val="17"/>
              </w:rPr>
              <w:t>Location / service area</w:t>
            </w:r>
          </w:p>
        </w:tc>
        <w:tc>
          <w:tcPr>
            <w:tcW w:w="5112" w:type="dxa"/>
            <w:tcMar>
              <w:top w:w="80" w:type="dxa"/>
              <w:left w:w="90" w:type="dxa"/>
              <w:bottom w:w="80" w:type="dxa"/>
              <w:right w:w="90" w:type="dxa"/>
            </w:tcMar>
            <w:vAlign w:val="center"/>
          </w:tcPr>
          <w:p w14:paraId="52791C88" w14:textId="77777777" w:rsidR="00586387" w:rsidRDefault="00000000">
            <w:pPr>
              <w:spacing w:after="0"/>
            </w:pPr>
            <w:r>
              <w:rPr>
                <w:sz w:val="17"/>
              </w:rPr>
              <w:t>Office/retail space within the Humble service delivery area or other approved geographic boundary</w:t>
            </w:r>
          </w:p>
        </w:tc>
        <w:tc>
          <w:tcPr>
            <w:tcW w:w="2232" w:type="dxa"/>
            <w:tcMar>
              <w:top w:w="80" w:type="dxa"/>
              <w:left w:w="90" w:type="dxa"/>
              <w:bottom w:w="80" w:type="dxa"/>
              <w:right w:w="90" w:type="dxa"/>
            </w:tcMar>
            <w:vAlign w:val="center"/>
          </w:tcPr>
          <w:p w14:paraId="0B486035" w14:textId="0F13CE6F" w:rsidR="00586387" w:rsidRDefault="00000000">
            <w:pPr>
              <w:spacing w:after="0"/>
            </w:pPr>
            <w:r>
              <w:rPr>
                <w:sz w:val="17"/>
              </w:rPr>
              <w:t>Meets: Yes / No</w:t>
            </w:r>
          </w:p>
        </w:tc>
      </w:tr>
      <w:tr w:rsidR="00586387" w14:paraId="7FC486F5" w14:textId="77777777">
        <w:trPr>
          <w:jc w:val="center"/>
        </w:trPr>
        <w:tc>
          <w:tcPr>
            <w:tcW w:w="1944" w:type="dxa"/>
            <w:shd w:val="clear" w:color="auto" w:fill="EEF2F8"/>
            <w:tcMar>
              <w:top w:w="80" w:type="dxa"/>
              <w:left w:w="90" w:type="dxa"/>
              <w:bottom w:w="80" w:type="dxa"/>
              <w:right w:w="90" w:type="dxa"/>
            </w:tcMar>
            <w:vAlign w:val="center"/>
          </w:tcPr>
          <w:p w14:paraId="6B0D3E9D" w14:textId="77777777" w:rsidR="00586387" w:rsidRDefault="00000000">
            <w:pPr>
              <w:spacing w:after="0"/>
            </w:pPr>
            <w:r>
              <w:rPr>
                <w:sz w:val="17"/>
              </w:rPr>
              <w:t>Usable square footage</w:t>
            </w:r>
          </w:p>
        </w:tc>
        <w:tc>
          <w:tcPr>
            <w:tcW w:w="5112" w:type="dxa"/>
            <w:shd w:val="clear" w:color="auto" w:fill="EEF2F8"/>
            <w:tcMar>
              <w:top w:w="80" w:type="dxa"/>
              <w:left w:w="90" w:type="dxa"/>
              <w:bottom w:w="80" w:type="dxa"/>
              <w:right w:w="90" w:type="dxa"/>
            </w:tcMar>
            <w:vAlign w:val="center"/>
          </w:tcPr>
          <w:p w14:paraId="762804D8" w14:textId="77777777" w:rsidR="00586387" w:rsidRDefault="00000000">
            <w:pPr>
              <w:spacing w:after="0"/>
            </w:pPr>
            <w:r>
              <w:rPr>
                <w:sz w:val="17"/>
              </w:rPr>
              <w:t>Up to approximately 15,000 SF; identify usable and rentable SF</w:t>
            </w:r>
          </w:p>
        </w:tc>
        <w:tc>
          <w:tcPr>
            <w:tcW w:w="2232" w:type="dxa"/>
            <w:shd w:val="clear" w:color="auto" w:fill="EEF2F8"/>
            <w:tcMar>
              <w:top w:w="80" w:type="dxa"/>
              <w:left w:w="90" w:type="dxa"/>
              <w:bottom w:w="80" w:type="dxa"/>
              <w:right w:w="90" w:type="dxa"/>
            </w:tcMar>
            <w:vAlign w:val="center"/>
          </w:tcPr>
          <w:p w14:paraId="784EBD63" w14:textId="77777777" w:rsidR="00586387" w:rsidRDefault="00000000">
            <w:pPr>
              <w:spacing w:after="0"/>
            </w:pPr>
            <w:r>
              <w:rPr>
                <w:sz w:val="17"/>
              </w:rPr>
              <w:t>________________</w:t>
            </w:r>
          </w:p>
        </w:tc>
      </w:tr>
      <w:tr w:rsidR="00586387" w14:paraId="24B4A646" w14:textId="77777777">
        <w:trPr>
          <w:jc w:val="center"/>
        </w:trPr>
        <w:tc>
          <w:tcPr>
            <w:tcW w:w="1944" w:type="dxa"/>
            <w:tcMar>
              <w:top w:w="80" w:type="dxa"/>
              <w:left w:w="90" w:type="dxa"/>
              <w:bottom w:w="80" w:type="dxa"/>
              <w:right w:w="90" w:type="dxa"/>
            </w:tcMar>
            <w:vAlign w:val="center"/>
          </w:tcPr>
          <w:p w14:paraId="317A58EB" w14:textId="77777777" w:rsidR="00586387" w:rsidRDefault="00000000">
            <w:pPr>
              <w:spacing w:after="0"/>
            </w:pPr>
            <w:r>
              <w:rPr>
                <w:sz w:val="17"/>
              </w:rPr>
              <w:t>Lease term</w:t>
            </w:r>
          </w:p>
        </w:tc>
        <w:tc>
          <w:tcPr>
            <w:tcW w:w="5112" w:type="dxa"/>
            <w:tcMar>
              <w:top w:w="80" w:type="dxa"/>
              <w:left w:w="90" w:type="dxa"/>
              <w:bottom w:w="80" w:type="dxa"/>
              <w:right w:w="90" w:type="dxa"/>
            </w:tcMar>
            <w:vAlign w:val="center"/>
          </w:tcPr>
          <w:p w14:paraId="3DB20936" w14:textId="77777777" w:rsidR="00586387" w:rsidRDefault="00000000">
            <w:r>
              <w:t>Preferred initial lease term: up to five (5) years; respondents may propose a shorter term and should separately state and price any renewal options.</w:t>
            </w:r>
          </w:p>
        </w:tc>
        <w:tc>
          <w:tcPr>
            <w:tcW w:w="2232" w:type="dxa"/>
            <w:tcMar>
              <w:top w:w="80" w:type="dxa"/>
              <w:left w:w="90" w:type="dxa"/>
              <w:bottom w:w="80" w:type="dxa"/>
              <w:right w:w="90" w:type="dxa"/>
            </w:tcMar>
            <w:vAlign w:val="center"/>
          </w:tcPr>
          <w:p w14:paraId="72182E49" w14:textId="77777777" w:rsidR="00586387" w:rsidRDefault="00000000">
            <w:pPr>
              <w:spacing w:after="0"/>
            </w:pPr>
            <w:r>
              <w:rPr>
                <w:sz w:val="17"/>
              </w:rPr>
              <w:t>________________</w:t>
            </w:r>
          </w:p>
        </w:tc>
      </w:tr>
      <w:tr w:rsidR="00586387" w14:paraId="2E0C1ECC" w14:textId="77777777">
        <w:trPr>
          <w:jc w:val="center"/>
        </w:trPr>
        <w:tc>
          <w:tcPr>
            <w:tcW w:w="1944" w:type="dxa"/>
            <w:shd w:val="clear" w:color="auto" w:fill="EEF2F8"/>
            <w:tcMar>
              <w:top w:w="80" w:type="dxa"/>
              <w:left w:w="90" w:type="dxa"/>
              <w:bottom w:w="80" w:type="dxa"/>
              <w:right w:w="90" w:type="dxa"/>
            </w:tcMar>
            <w:vAlign w:val="center"/>
          </w:tcPr>
          <w:p w14:paraId="415B99BB" w14:textId="77777777" w:rsidR="00586387" w:rsidRDefault="00000000">
            <w:pPr>
              <w:spacing w:after="0"/>
            </w:pPr>
            <w:r>
              <w:rPr>
                <w:sz w:val="17"/>
              </w:rPr>
              <w:t>Occupancy</w:t>
            </w:r>
          </w:p>
        </w:tc>
        <w:tc>
          <w:tcPr>
            <w:tcW w:w="5112" w:type="dxa"/>
            <w:shd w:val="clear" w:color="auto" w:fill="EEF2F8"/>
            <w:tcMar>
              <w:top w:w="80" w:type="dxa"/>
              <w:left w:w="90" w:type="dxa"/>
              <w:bottom w:w="80" w:type="dxa"/>
              <w:right w:w="90" w:type="dxa"/>
            </w:tcMar>
            <w:vAlign w:val="center"/>
          </w:tcPr>
          <w:p w14:paraId="72256DA7" w14:textId="77777777" w:rsidR="00586387" w:rsidRDefault="00000000">
            <w:pPr>
              <w:spacing w:after="0"/>
            </w:pPr>
            <w:r>
              <w:rPr>
                <w:sz w:val="17"/>
              </w:rPr>
              <w:t>State earliest delivery and legal occupancy dates</w:t>
            </w:r>
          </w:p>
        </w:tc>
        <w:tc>
          <w:tcPr>
            <w:tcW w:w="2232" w:type="dxa"/>
            <w:shd w:val="clear" w:color="auto" w:fill="EEF2F8"/>
            <w:tcMar>
              <w:top w:w="80" w:type="dxa"/>
              <w:left w:w="90" w:type="dxa"/>
              <w:bottom w:w="80" w:type="dxa"/>
              <w:right w:w="90" w:type="dxa"/>
            </w:tcMar>
            <w:vAlign w:val="center"/>
          </w:tcPr>
          <w:p w14:paraId="20EC8DE4" w14:textId="77777777" w:rsidR="00586387" w:rsidRDefault="00000000">
            <w:pPr>
              <w:spacing w:after="0"/>
            </w:pPr>
            <w:r>
              <w:rPr>
                <w:sz w:val="17"/>
              </w:rPr>
              <w:t>________________</w:t>
            </w:r>
          </w:p>
        </w:tc>
      </w:tr>
      <w:tr w:rsidR="00586387" w14:paraId="0D27D848" w14:textId="77777777">
        <w:trPr>
          <w:jc w:val="center"/>
        </w:trPr>
        <w:tc>
          <w:tcPr>
            <w:tcW w:w="1944" w:type="dxa"/>
            <w:tcMar>
              <w:top w:w="80" w:type="dxa"/>
              <w:left w:w="90" w:type="dxa"/>
              <w:bottom w:w="80" w:type="dxa"/>
              <w:right w:w="90" w:type="dxa"/>
            </w:tcMar>
            <w:vAlign w:val="center"/>
          </w:tcPr>
          <w:p w14:paraId="22065014" w14:textId="77777777" w:rsidR="00586387" w:rsidRDefault="00000000">
            <w:pPr>
              <w:spacing w:after="0"/>
            </w:pPr>
            <w:r>
              <w:rPr>
                <w:sz w:val="17"/>
              </w:rPr>
              <w:t>Accessibility</w:t>
            </w:r>
          </w:p>
        </w:tc>
        <w:tc>
          <w:tcPr>
            <w:tcW w:w="5112" w:type="dxa"/>
            <w:tcMar>
              <w:top w:w="80" w:type="dxa"/>
              <w:left w:w="90" w:type="dxa"/>
              <w:bottom w:w="80" w:type="dxa"/>
              <w:right w:w="90" w:type="dxa"/>
            </w:tcMar>
            <w:vAlign w:val="center"/>
          </w:tcPr>
          <w:p w14:paraId="673ACC2E" w14:textId="77777777" w:rsidR="00586387" w:rsidRDefault="00000000">
            <w:pPr>
              <w:spacing w:after="0"/>
            </w:pPr>
            <w:r>
              <w:rPr>
                <w:sz w:val="17"/>
              </w:rPr>
              <w:t>Identify ADA/accessibility status and required corrections</w:t>
            </w:r>
          </w:p>
        </w:tc>
        <w:tc>
          <w:tcPr>
            <w:tcW w:w="2232" w:type="dxa"/>
            <w:tcMar>
              <w:top w:w="80" w:type="dxa"/>
              <w:left w:w="90" w:type="dxa"/>
              <w:bottom w:w="80" w:type="dxa"/>
              <w:right w:w="90" w:type="dxa"/>
            </w:tcMar>
            <w:vAlign w:val="center"/>
          </w:tcPr>
          <w:p w14:paraId="55B7F466" w14:textId="77777777" w:rsidR="00586387" w:rsidRDefault="00000000">
            <w:pPr>
              <w:spacing w:after="0"/>
            </w:pPr>
            <w:r>
              <w:rPr>
                <w:sz w:val="17"/>
              </w:rPr>
              <w:t>________________</w:t>
            </w:r>
          </w:p>
        </w:tc>
      </w:tr>
      <w:tr w:rsidR="00586387" w14:paraId="27B70043" w14:textId="77777777">
        <w:trPr>
          <w:jc w:val="center"/>
        </w:trPr>
        <w:tc>
          <w:tcPr>
            <w:tcW w:w="1944" w:type="dxa"/>
            <w:shd w:val="clear" w:color="auto" w:fill="EEF2F8"/>
            <w:tcMar>
              <w:top w:w="80" w:type="dxa"/>
              <w:left w:w="90" w:type="dxa"/>
              <w:bottom w:w="80" w:type="dxa"/>
              <w:right w:w="90" w:type="dxa"/>
            </w:tcMar>
            <w:vAlign w:val="center"/>
          </w:tcPr>
          <w:p w14:paraId="4CA0F2DC" w14:textId="77777777" w:rsidR="00586387" w:rsidRDefault="00000000">
            <w:pPr>
              <w:spacing w:after="0"/>
            </w:pPr>
            <w:r>
              <w:rPr>
                <w:sz w:val="17"/>
              </w:rPr>
              <w:t>Parking</w:t>
            </w:r>
          </w:p>
        </w:tc>
        <w:tc>
          <w:tcPr>
            <w:tcW w:w="5112" w:type="dxa"/>
            <w:shd w:val="clear" w:color="auto" w:fill="EEF2F8"/>
            <w:tcMar>
              <w:top w:w="80" w:type="dxa"/>
              <w:left w:w="90" w:type="dxa"/>
              <w:bottom w:w="80" w:type="dxa"/>
              <w:right w:w="90" w:type="dxa"/>
            </w:tcMar>
            <w:vAlign w:val="center"/>
          </w:tcPr>
          <w:p w14:paraId="5591BE4F" w14:textId="77777777" w:rsidR="00586387" w:rsidRDefault="00000000">
            <w:pPr>
              <w:spacing w:after="0"/>
            </w:pPr>
            <w:r>
              <w:rPr>
                <w:sz w:val="17"/>
              </w:rPr>
              <w:t>State quantity of dedicated/shared staff and customer parking spaces</w:t>
            </w:r>
          </w:p>
        </w:tc>
        <w:tc>
          <w:tcPr>
            <w:tcW w:w="2232" w:type="dxa"/>
            <w:shd w:val="clear" w:color="auto" w:fill="EEF2F8"/>
            <w:tcMar>
              <w:top w:w="80" w:type="dxa"/>
              <w:left w:w="90" w:type="dxa"/>
              <w:bottom w:w="80" w:type="dxa"/>
              <w:right w:w="90" w:type="dxa"/>
            </w:tcMar>
            <w:vAlign w:val="center"/>
          </w:tcPr>
          <w:p w14:paraId="533EB51D" w14:textId="77777777" w:rsidR="00586387" w:rsidRDefault="00000000">
            <w:pPr>
              <w:spacing w:after="0"/>
            </w:pPr>
            <w:r>
              <w:rPr>
                <w:sz w:val="17"/>
              </w:rPr>
              <w:t>________________</w:t>
            </w:r>
          </w:p>
        </w:tc>
      </w:tr>
      <w:tr w:rsidR="00586387" w14:paraId="38AD538A" w14:textId="77777777">
        <w:trPr>
          <w:jc w:val="center"/>
        </w:trPr>
        <w:tc>
          <w:tcPr>
            <w:tcW w:w="1944" w:type="dxa"/>
            <w:tcMar>
              <w:top w:w="80" w:type="dxa"/>
              <w:left w:w="90" w:type="dxa"/>
              <w:bottom w:w="80" w:type="dxa"/>
              <w:right w:w="90" w:type="dxa"/>
            </w:tcMar>
            <w:vAlign w:val="center"/>
          </w:tcPr>
          <w:p w14:paraId="3291E54E" w14:textId="77777777" w:rsidR="00586387" w:rsidRDefault="00000000">
            <w:pPr>
              <w:spacing w:after="0"/>
            </w:pPr>
            <w:r>
              <w:rPr>
                <w:sz w:val="17"/>
              </w:rPr>
              <w:t>Public access</w:t>
            </w:r>
          </w:p>
        </w:tc>
        <w:tc>
          <w:tcPr>
            <w:tcW w:w="5112" w:type="dxa"/>
            <w:tcMar>
              <w:top w:w="80" w:type="dxa"/>
              <w:left w:w="90" w:type="dxa"/>
              <w:bottom w:w="80" w:type="dxa"/>
              <w:right w:w="90" w:type="dxa"/>
            </w:tcMar>
            <w:vAlign w:val="center"/>
          </w:tcPr>
          <w:p w14:paraId="2216A872" w14:textId="77777777" w:rsidR="00586387" w:rsidRDefault="00000000">
            <w:pPr>
              <w:spacing w:after="0"/>
            </w:pPr>
            <w:r>
              <w:rPr>
                <w:sz w:val="17"/>
              </w:rPr>
              <w:t>Suitable for workforce customers and program operations</w:t>
            </w:r>
          </w:p>
        </w:tc>
        <w:tc>
          <w:tcPr>
            <w:tcW w:w="2232" w:type="dxa"/>
            <w:tcMar>
              <w:top w:w="80" w:type="dxa"/>
              <w:left w:w="90" w:type="dxa"/>
              <w:bottom w:w="80" w:type="dxa"/>
              <w:right w:w="90" w:type="dxa"/>
            </w:tcMar>
            <w:vAlign w:val="center"/>
          </w:tcPr>
          <w:p w14:paraId="5A48DF5A" w14:textId="77777777" w:rsidR="00586387" w:rsidRDefault="00000000">
            <w:pPr>
              <w:spacing w:after="0"/>
            </w:pPr>
            <w:r>
              <w:rPr>
                <w:sz w:val="17"/>
              </w:rPr>
              <w:t>________________</w:t>
            </w:r>
          </w:p>
        </w:tc>
      </w:tr>
      <w:tr w:rsidR="00586387" w14:paraId="604018E5" w14:textId="77777777">
        <w:trPr>
          <w:jc w:val="center"/>
        </w:trPr>
        <w:tc>
          <w:tcPr>
            <w:tcW w:w="1944" w:type="dxa"/>
            <w:shd w:val="clear" w:color="auto" w:fill="EEF2F8"/>
            <w:tcMar>
              <w:top w:w="80" w:type="dxa"/>
              <w:left w:w="90" w:type="dxa"/>
              <w:bottom w:w="80" w:type="dxa"/>
              <w:right w:w="90" w:type="dxa"/>
            </w:tcMar>
            <w:vAlign w:val="center"/>
          </w:tcPr>
          <w:p w14:paraId="6C6AB8C9" w14:textId="77777777" w:rsidR="00586387" w:rsidRDefault="00000000">
            <w:pPr>
              <w:spacing w:after="0"/>
            </w:pPr>
            <w:r>
              <w:rPr>
                <w:sz w:val="17"/>
              </w:rPr>
              <w:t>IT / utilities</w:t>
            </w:r>
          </w:p>
        </w:tc>
        <w:tc>
          <w:tcPr>
            <w:tcW w:w="5112" w:type="dxa"/>
            <w:shd w:val="clear" w:color="auto" w:fill="EEF2F8"/>
            <w:tcMar>
              <w:top w:w="80" w:type="dxa"/>
              <w:left w:w="90" w:type="dxa"/>
              <w:bottom w:w="80" w:type="dxa"/>
              <w:right w:w="90" w:type="dxa"/>
            </w:tcMar>
            <w:vAlign w:val="center"/>
          </w:tcPr>
          <w:p w14:paraId="553FE730" w14:textId="77777777" w:rsidR="00586387" w:rsidRDefault="00000000">
            <w:pPr>
              <w:spacing w:after="0"/>
            </w:pPr>
            <w:r>
              <w:rPr>
                <w:sz w:val="17"/>
              </w:rPr>
              <w:t>Describe the age, condition, and capacity of mechanical, electrical, plumbing (MEP), data, HVAC, and utility systems</w:t>
            </w:r>
          </w:p>
        </w:tc>
        <w:tc>
          <w:tcPr>
            <w:tcW w:w="2232" w:type="dxa"/>
            <w:shd w:val="clear" w:color="auto" w:fill="EEF2F8"/>
            <w:tcMar>
              <w:top w:w="80" w:type="dxa"/>
              <w:left w:w="90" w:type="dxa"/>
              <w:bottom w:w="80" w:type="dxa"/>
              <w:right w:w="90" w:type="dxa"/>
            </w:tcMar>
            <w:vAlign w:val="center"/>
          </w:tcPr>
          <w:p w14:paraId="0F94F322" w14:textId="77777777" w:rsidR="00586387" w:rsidRDefault="00000000">
            <w:pPr>
              <w:spacing w:after="0"/>
            </w:pPr>
            <w:r>
              <w:rPr>
                <w:sz w:val="17"/>
              </w:rPr>
              <w:t>________________</w:t>
            </w:r>
          </w:p>
        </w:tc>
      </w:tr>
      <w:tr w:rsidR="00586387" w14:paraId="399B1EAA" w14:textId="77777777">
        <w:trPr>
          <w:jc w:val="center"/>
        </w:trPr>
        <w:tc>
          <w:tcPr>
            <w:tcW w:w="1944" w:type="dxa"/>
            <w:tcMar>
              <w:top w:w="80" w:type="dxa"/>
              <w:left w:w="90" w:type="dxa"/>
              <w:bottom w:w="80" w:type="dxa"/>
              <w:right w:w="90" w:type="dxa"/>
            </w:tcMar>
            <w:vAlign w:val="center"/>
          </w:tcPr>
          <w:p w14:paraId="1607F637" w14:textId="77777777" w:rsidR="00586387" w:rsidRDefault="00000000">
            <w:pPr>
              <w:spacing w:after="0"/>
            </w:pPr>
            <w:r>
              <w:rPr>
                <w:sz w:val="17"/>
              </w:rPr>
              <w:t>Buildout</w:t>
            </w:r>
          </w:p>
        </w:tc>
        <w:tc>
          <w:tcPr>
            <w:tcW w:w="5112" w:type="dxa"/>
            <w:tcMar>
              <w:top w:w="80" w:type="dxa"/>
              <w:left w:w="90" w:type="dxa"/>
              <w:bottom w:w="80" w:type="dxa"/>
              <w:right w:w="90" w:type="dxa"/>
            </w:tcMar>
            <w:vAlign w:val="center"/>
          </w:tcPr>
          <w:p w14:paraId="4A7D5A78" w14:textId="77777777" w:rsidR="00586387" w:rsidRDefault="00000000">
            <w:pPr>
              <w:spacing w:after="0"/>
            </w:pPr>
            <w:r>
              <w:rPr>
                <w:sz w:val="17"/>
              </w:rPr>
              <w:t>Describe landlord work, tenant work, allowances, exclusions, and schedule. Final requirements will be subject to SERCO tenant buildout requests.</w:t>
            </w:r>
          </w:p>
        </w:tc>
        <w:tc>
          <w:tcPr>
            <w:tcW w:w="2232" w:type="dxa"/>
            <w:tcMar>
              <w:top w:w="80" w:type="dxa"/>
              <w:left w:w="90" w:type="dxa"/>
              <w:bottom w:w="80" w:type="dxa"/>
              <w:right w:w="90" w:type="dxa"/>
            </w:tcMar>
            <w:vAlign w:val="center"/>
          </w:tcPr>
          <w:p w14:paraId="46049A2A" w14:textId="77777777" w:rsidR="00586387" w:rsidRDefault="00000000">
            <w:pPr>
              <w:spacing w:after="0"/>
            </w:pPr>
            <w:r>
              <w:rPr>
                <w:sz w:val="17"/>
              </w:rPr>
              <w:t>________________</w:t>
            </w:r>
          </w:p>
        </w:tc>
      </w:tr>
      <w:tr w:rsidR="00586387" w14:paraId="73523160" w14:textId="77777777">
        <w:trPr>
          <w:jc w:val="center"/>
        </w:trPr>
        <w:tc>
          <w:tcPr>
            <w:tcW w:w="1944" w:type="dxa"/>
            <w:shd w:val="clear" w:color="auto" w:fill="EEF2F8"/>
            <w:tcMar>
              <w:top w:w="80" w:type="dxa"/>
              <w:left w:w="90" w:type="dxa"/>
              <w:bottom w:w="80" w:type="dxa"/>
              <w:right w:w="90" w:type="dxa"/>
            </w:tcMar>
            <w:vAlign w:val="center"/>
          </w:tcPr>
          <w:p w14:paraId="0EF43EB2" w14:textId="77777777" w:rsidR="00586387" w:rsidRDefault="00000000">
            <w:pPr>
              <w:spacing w:after="0"/>
            </w:pPr>
            <w:r>
              <w:rPr>
                <w:sz w:val="17"/>
              </w:rPr>
              <w:t>Environmental condition</w:t>
            </w:r>
          </w:p>
        </w:tc>
        <w:tc>
          <w:tcPr>
            <w:tcW w:w="5112" w:type="dxa"/>
            <w:shd w:val="clear" w:color="auto" w:fill="EEF2F8"/>
            <w:tcMar>
              <w:top w:w="80" w:type="dxa"/>
              <w:left w:w="90" w:type="dxa"/>
              <w:bottom w:w="80" w:type="dxa"/>
              <w:right w:w="90" w:type="dxa"/>
            </w:tcMar>
            <w:vAlign w:val="center"/>
          </w:tcPr>
          <w:p w14:paraId="4B15EB76" w14:textId="77777777" w:rsidR="00586387" w:rsidRDefault="00000000">
            <w:pPr>
              <w:spacing w:after="0"/>
            </w:pPr>
            <w:r>
              <w:rPr>
                <w:sz w:val="17"/>
              </w:rPr>
              <w:t>Disclose known environmental, roof, moisture, asbestos, mold, or other concerns and provide available reports</w:t>
            </w:r>
          </w:p>
        </w:tc>
        <w:tc>
          <w:tcPr>
            <w:tcW w:w="2232" w:type="dxa"/>
            <w:shd w:val="clear" w:color="auto" w:fill="EEF2F8"/>
            <w:tcMar>
              <w:top w:w="80" w:type="dxa"/>
              <w:left w:w="90" w:type="dxa"/>
              <w:bottom w:w="80" w:type="dxa"/>
              <w:right w:w="90" w:type="dxa"/>
            </w:tcMar>
            <w:vAlign w:val="center"/>
          </w:tcPr>
          <w:p w14:paraId="22F6DB92" w14:textId="77777777" w:rsidR="00586387" w:rsidRDefault="00000000">
            <w:pPr>
              <w:spacing w:after="0"/>
            </w:pPr>
            <w:r>
              <w:rPr>
                <w:sz w:val="17"/>
              </w:rPr>
              <w:t>________________</w:t>
            </w:r>
          </w:p>
        </w:tc>
      </w:tr>
    </w:tbl>
    <w:p w14:paraId="333D18B3" w14:textId="77777777" w:rsidR="00586387" w:rsidRDefault="00000000">
      <w:pPr>
        <w:pStyle w:val="Heading1"/>
      </w:pPr>
      <w:r>
        <w:t>C. Required Submission</w:t>
      </w:r>
    </w:p>
    <w:p w14:paraId="49E9695D" w14:textId="66D8CC88" w:rsidR="00586387" w:rsidRDefault="00000000">
      <w:pPr>
        <w:pStyle w:val="ListBullet"/>
        <w:spacing w:after="30"/>
      </w:pPr>
      <w:r>
        <w:t>Completed Landlord Response Form</w:t>
      </w:r>
    </w:p>
    <w:p w14:paraId="1A7BE290" w14:textId="77777777" w:rsidR="00586387" w:rsidRDefault="00000000">
      <w:pPr>
        <w:pStyle w:val="ListBullet"/>
        <w:spacing w:after="30"/>
      </w:pPr>
      <w:r>
        <w:t>Proposed rental rate and all additional charges</w:t>
      </w:r>
    </w:p>
    <w:p w14:paraId="1DAF769F" w14:textId="77777777" w:rsidR="00586387" w:rsidRDefault="00000000">
      <w:pPr>
        <w:pStyle w:val="ListBullet"/>
        <w:spacing w:after="30"/>
      </w:pPr>
      <w:r>
        <w:t>Floor plan and available test-fit information</w:t>
      </w:r>
    </w:p>
    <w:p w14:paraId="6F667019" w14:textId="55C5C3C4" w:rsidR="00586387" w:rsidRDefault="00000000">
      <w:pPr>
        <w:pStyle w:val="ListBullet"/>
        <w:spacing w:after="30"/>
      </w:pPr>
      <w:r>
        <w:t>Proposed tenant-improvement contribution and scope, subject to SERCO tenant buildout requests</w:t>
      </w:r>
    </w:p>
    <w:p w14:paraId="47E77414" w14:textId="77777777" w:rsidR="00586387" w:rsidRDefault="00000000">
      <w:pPr>
        <w:pStyle w:val="ListBullet"/>
        <w:spacing w:after="30"/>
      </w:pPr>
      <w:r>
        <w:t>Delivery schedule and occupancy conditions</w:t>
      </w:r>
    </w:p>
    <w:p w14:paraId="155D0CFE" w14:textId="77777777" w:rsidR="00586387" w:rsidRDefault="00000000">
      <w:pPr>
        <w:pStyle w:val="ListBullet"/>
        <w:spacing w:after="30"/>
      </w:pPr>
      <w:r>
        <w:t>Parking information, including the quantity and type of spaces</w:t>
      </w:r>
    </w:p>
    <w:p w14:paraId="2DC82B11" w14:textId="0F81A2E6" w:rsidR="00586387" w:rsidRDefault="00000000">
      <w:pPr>
        <w:pStyle w:val="ListBullet"/>
        <w:spacing w:after="30"/>
      </w:pPr>
      <w:r>
        <w:t>Known property-condition or environmental disclosures</w:t>
      </w:r>
    </w:p>
    <w:p w14:paraId="7328E6E4" w14:textId="77777777" w:rsidR="00586387" w:rsidRDefault="00000000">
      <w:pPr>
        <w:pStyle w:val="ListBullet"/>
        <w:spacing w:after="30"/>
      </w:pPr>
      <w:r>
        <w:t>Environmental, roof, moisture, mold, asbestos, inspection, code, and other property-condition reports necessary to support pre-award due diligence</w:t>
      </w:r>
    </w:p>
    <w:p w14:paraId="032EB01E" w14:textId="204645FE" w:rsidR="00586387" w:rsidRDefault="00000000">
      <w:pPr>
        <w:pStyle w:val="ListBullet"/>
        <w:spacing w:after="30"/>
      </w:pPr>
      <w:r>
        <w:t>Proposed lease form or major business terms</w:t>
      </w:r>
    </w:p>
    <w:p w14:paraId="312728F8" w14:textId="6419D256" w:rsidR="00586387" w:rsidRDefault="00000000">
      <w:pPr>
        <w:pStyle w:val="ListBullet"/>
        <w:spacing w:after="30"/>
      </w:pPr>
      <w:r>
        <w:t>Evidence of authority to offer the premises</w:t>
      </w:r>
    </w:p>
    <w:p w14:paraId="465B832B" w14:textId="77777777" w:rsidR="00586387" w:rsidRDefault="00000000">
      <w:pPr>
        <w:pStyle w:val="ListBullet"/>
        <w:spacing w:after="30"/>
      </w:pPr>
      <w:r>
        <w:t>Evidence that the exact premises offered are currently available and have not been promised or leased to another party</w:t>
      </w:r>
    </w:p>
    <w:p w14:paraId="3FC3E7A1" w14:textId="77777777" w:rsidR="00586387" w:rsidRDefault="00000000">
      <w:pPr>
        <w:pStyle w:val="ListBullet"/>
        <w:spacing w:after="30"/>
      </w:pPr>
      <w:r>
        <w:t>Any exceptions to SERCO requirements</w:t>
      </w:r>
    </w:p>
    <w:p w14:paraId="5999F19D" w14:textId="157AC1FD" w:rsidR="00586387" w:rsidRDefault="00000000">
      <w:r>
        <w:rPr>
          <w:b/>
        </w:rPr>
        <w:lastRenderedPageBreak/>
        <w:t>NOTE:</w:t>
      </w:r>
    </w:p>
    <w:p w14:paraId="01D703FB" w14:textId="77777777" w:rsidR="00586387" w:rsidRDefault="00000000">
      <w:pPr>
        <w:pStyle w:val="ListBullet"/>
        <w:spacing w:after="30"/>
      </w:pPr>
      <w:r>
        <w:t>Landlord information is subject to independent verification.</w:t>
      </w:r>
    </w:p>
    <w:p w14:paraId="30C075E6" w14:textId="2A69C73B" w:rsidR="00586387" w:rsidRDefault="00000000">
      <w:pPr>
        <w:pStyle w:val="ListBullet"/>
        <w:spacing w:after="30"/>
      </w:pPr>
      <w:r>
        <w:t>SERCO may require an environmental professional's review or additional assessment.</w:t>
      </w:r>
    </w:p>
    <w:p w14:paraId="6277B77F" w14:textId="77777777" w:rsidR="00586387" w:rsidRDefault="00000000">
      <w:pPr>
        <w:pStyle w:val="ListBullet"/>
        <w:spacing w:after="30"/>
      </w:pPr>
      <w:r>
        <w:t>Environmental acceptability is a pre-award condition.</w:t>
      </w:r>
    </w:p>
    <w:p w14:paraId="25C763CC" w14:textId="35B1FB57" w:rsidR="00586387" w:rsidRDefault="00000000">
      <w:pPr>
        <w:pStyle w:val="ListBullet"/>
        <w:spacing w:after="30"/>
      </w:pPr>
      <w:r>
        <w:t>SERCO may reject a property if concerns are unresolved.</w:t>
      </w:r>
    </w:p>
    <w:p w14:paraId="6D4C48B9" w14:textId="77777777" w:rsidR="00586387" w:rsidRDefault="00000000">
      <w:pPr>
        <w:pStyle w:val="ListBullet"/>
        <w:spacing w:after="30"/>
      </w:pPr>
      <w:r>
        <w:t>The party responsible for assessment costs must be identified.</w:t>
      </w:r>
    </w:p>
    <w:p w14:paraId="228EC337" w14:textId="626CE123" w:rsidR="00586387" w:rsidRDefault="00000000">
      <w:pPr>
        <w:pStyle w:val="Heading1"/>
      </w:pPr>
      <w:r>
        <w:t>D. Evaluation Factors</w:t>
      </w:r>
    </w:p>
    <w:tbl>
      <w:tblPr>
        <w:tblStyle w:val="TableGrid"/>
        <w:tblW w:w="0" w:type="auto"/>
        <w:jc w:val="center"/>
        <w:tblLook w:val="04A0" w:firstRow="1" w:lastRow="0" w:firstColumn="1" w:lastColumn="0" w:noHBand="0" w:noVBand="1"/>
      </w:tblPr>
      <w:tblGrid>
        <w:gridCol w:w="7488"/>
        <w:gridCol w:w="1800"/>
      </w:tblGrid>
      <w:tr w:rsidR="00586387" w14:paraId="277A68F0" w14:textId="77777777">
        <w:trPr>
          <w:jc w:val="center"/>
        </w:trPr>
        <w:tc>
          <w:tcPr>
            <w:tcW w:w="7488" w:type="dxa"/>
            <w:shd w:val="clear" w:color="auto" w:fill="365F9D"/>
            <w:tcMar>
              <w:top w:w="80" w:type="dxa"/>
              <w:left w:w="90" w:type="dxa"/>
              <w:bottom w:w="80" w:type="dxa"/>
              <w:right w:w="90" w:type="dxa"/>
            </w:tcMar>
            <w:vAlign w:val="center"/>
          </w:tcPr>
          <w:p w14:paraId="59E3DEEF" w14:textId="77777777" w:rsidR="00586387" w:rsidRDefault="00000000">
            <w:pPr>
              <w:spacing w:after="0"/>
            </w:pPr>
            <w:r>
              <w:rPr>
                <w:b/>
                <w:color w:val="FFFFFF"/>
                <w:sz w:val="17"/>
              </w:rPr>
              <w:t>Factor</w:t>
            </w:r>
          </w:p>
        </w:tc>
        <w:tc>
          <w:tcPr>
            <w:tcW w:w="1800" w:type="dxa"/>
            <w:shd w:val="clear" w:color="auto" w:fill="365F9D"/>
            <w:tcMar>
              <w:top w:w="80" w:type="dxa"/>
              <w:left w:w="90" w:type="dxa"/>
              <w:bottom w:w="80" w:type="dxa"/>
              <w:right w:w="90" w:type="dxa"/>
            </w:tcMar>
            <w:vAlign w:val="center"/>
          </w:tcPr>
          <w:p w14:paraId="15EC5B62" w14:textId="77777777" w:rsidR="00586387" w:rsidRDefault="00000000">
            <w:pPr>
              <w:spacing w:after="0"/>
            </w:pPr>
            <w:r>
              <w:rPr>
                <w:b/>
                <w:color w:val="FFFFFF"/>
                <w:sz w:val="17"/>
              </w:rPr>
              <w:t>Maximum Points</w:t>
            </w:r>
          </w:p>
        </w:tc>
      </w:tr>
      <w:tr w:rsidR="00586387" w14:paraId="28CEDD41" w14:textId="77777777">
        <w:trPr>
          <w:jc w:val="center"/>
        </w:trPr>
        <w:tc>
          <w:tcPr>
            <w:tcW w:w="7488" w:type="dxa"/>
            <w:tcMar>
              <w:top w:w="80" w:type="dxa"/>
              <w:left w:w="90" w:type="dxa"/>
              <w:bottom w:w="80" w:type="dxa"/>
              <w:right w:w="90" w:type="dxa"/>
            </w:tcMar>
            <w:vAlign w:val="center"/>
          </w:tcPr>
          <w:p w14:paraId="1E188AB8" w14:textId="77777777" w:rsidR="00586387" w:rsidRDefault="00000000">
            <w:pPr>
              <w:spacing w:after="0"/>
            </w:pPr>
            <w:r>
              <w:rPr>
                <w:sz w:val="17"/>
              </w:rPr>
              <w:t>Total evaluated cost</w:t>
            </w:r>
          </w:p>
        </w:tc>
        <w:tc>
          <w:tcPr>
            <w:tcW w:w="1800" w:type="dxa"/>
            <w:tcMar>
              <w:top w:w="80" w:type="dxa"/>
              <w:left w:w="90" w:type="dxa"/>
              <w:bottom w:w="80" w:type="dxa"/>
              <w:right w:w="90" w:type="dxa"/>
            </w:tcMar>
            <w:vAlign w:val="center"/>
          </w:tcPr>
          <w:p w14:paraId="2E8E6BEB" w14:textId="77777777" w:rsidR="00586387" w:rsidRDefault="00000000">
            <w:pPr>
              <w:spacing w:after="0"/>
            </w:pPr>
            <w:r>
              <w:rPr>
                <w:sz w:val="17"/>
              </w:rPr>
              <w:t>30</w:t>
            </w:r>
          </w:p>
        </w:tc>
      </w:tr>
      <w:tr w:rsidR="00586387" w14:paraId="0FF8D95C" w14:textId="77777777">
        <w:trPr>
          <w:jc w:val="center"/>
        </w:trPr>
        <w:tc>
          <w:tcPr>
            <w:tcW w:w="7488" w:type="dxa"/>
            <w:tcMar>
              <w:top w:w="80" w:type="dxa"/>
              <w:left w:w="90" w:type="dxa"/>
              <w:bottom w:w="80" w:type="dxa"/>
              <w:right w:w="90" w:type="dxa"/>
            </w:tcMar>
            <w:vAlign w:val="center"/>
          </w:tcPr>
          <w:p w14:paraId="230ADA03" w14:textId="77777777" w:rsidR="00586387" w:rsidRDefault="00000000">
            <w:pPr>
              <w:spacing w:after="0"/>
            </w:pPr>
            <w:r>
              <w:rPr>
                <w:sz w:val="17"/>
              </w:rPr>
              <w:t>Location and service accessibility</w:t>
            </w:r>
          </w:p>
        </w:tc>
        <w:tc>
          <w:tcPr>
            <w:tcW w:w="1800" w:type="dxa"/>
            <w:tcMar>
              <w:top w:w="80" w:type="dxa"/>
              <w:left w:w="90" w:type="dxa"/>
              <w:bottom w:w="80" w:type="dxa"/>
              <w:right w:w="90" w:type="dxa"/>
            </w:tcMar>
            <w:vAlign w:val="center"/>
          </w:tcPr>
          <w:p w14:paraId="725A5EEF" w14:textId="77777777" w:rsidR="00586387" w:rsidRDefault="00000000">
            <w:pPr>
              <w:spacing w:after="0"/>
            </w:pPr>
            <w:r>
              <w:rPr>
                <w:sz w:val="17"/>
              </w:rPr>
              <w:t>20</w:t>
            </w:r>
          </w:p>
        </w:tc>
      </w:tr>
      <w:tr w:rsidR="00586387" w14:paraId="6A06E054" w14:textId="77777777">
        <w:trPr>
          <w:jc w:val="center"/>
        </w:trPr>
        <w:tc>
          <w:tcPr>
            <w:tcW w:w="7488" w:type="dxa"/>
            <w:tcMar>
              <w:top w:w="80" w:type="dxa"/>
              <w:left w:w="90" w:type="dxa"/>
              <w:bottom w:w="80" w:type="dxa"/>
              <w:right w:w="90" w:type="dxa"/>
            </w:tcMar>
            <w:vAlign w:val="center"/>
          </w:tcPr>
          <w:p w14:paraId="58B74C80" w14:textId="77777777" w:rsidR="00586387" w:rsidRDefault="00000000">
            <w:pPr>
              <w:spacing w:after="0"/>
            </w:pPr>
            <w:r>
              <w:rPr>
                <w:sz w:val="17"/>
              </w:rPr>
              <w:t>Building condition and operational suitability</w:t>
            </w:r>
          </w:p>
        </w:tc>
        <w:tc>
          <w:tcPr>
            <w:tcW w:w="1800" w:type="dxa"/>
            <w:tcMar>
              <w:top w:w="80" w:type="dxa"/>
              <w:left w:w="90" w:type="dxa"/>
              <w:bottom w:w="80" w:type="dxa"/>
              <w:right w:w="90" w:type="dxa"/>
            </w:tcMar>
            <w:vAlign w:val="center"/>
          </w:tcPr>
          <w:p w14:paraId="0AFEBF8B" w14:textId="77777777" w:rsidR="00586387" w:rsidRDefault="00000000">
            <w:pPr>
              <w:spacing w:after="0"/>
            </w:pPr>
            <w:r>
              <w:rPr>
                <w:sz w:val="17"/>
              </w:rPr>
              <w:t>15</w:t>
            </w:r>
          </w:p>
        </w:tc>
      </w:tr>
      <w:tr w:rsidR="00586387" w14:paraId="52C8DDAB" w14:textId="77777777">
        <w:trPr>
          <w:jc w:val="center"/>
        </w:trPr>
        <w:tc>
          <w:tcPr>
            <w:tcW w:w="7488" w:type="dxa"/>
            <w:tcMar>
              <w:top w:w="80" w:type="dxa"/>
              <w:left w:w="90" w:type="dxa"/>
              <w:bottom w:w="80" w:type="dxa"/>
              <w:right w:w="90" w:type="dxa"/>
            </w:tcMar>
            <w:vAlign w:val="center"/>
          </w:tcPr>
          <w:p w14:paraId="24D8F67F" w14:textId="77777777" w:rsidR="00586387" w:rsidRDefault="00000000">
            <w:pPr>
              <w:spacing w:after="0"/>
            </w:pPr>
            <w:r>
              <w:rPr>
                <w:sz w:val="17"/>
              </w:rPr>
              <w:t>Buildout scope and landlord contribution</w:t>
            </w:r>
          </w:p>
        </w:tc>
        <w:tc>
          <w:tcPr>
            <w:tcW w:w="1800" w:type="dxa"/>
            <w:tcMar>
              <w:top w:w="80" w:type="dxa"/>
              <w:left w:w="90" w:type="dxa"/>
              <w:bottom w:w="80" w:type="dxa"/>
              <w:right w:w="90" w:type="dxa"/>
            </w:tcMar>
            <w:vAlign w:val="center"/>
          </w:tcPr>
          <w:p w14:paraId="327522E8" w14:textId="77777777" w:rsidR="00586387" w:rsidRDefault="00000000">
            <w:pPr>
              <w:spacing w:after="0"/>
            </w:pPr>
            <w:r>
              <w:rPr>
                <w:sz w:val="17"/>
              </w:rPr>
              <w:t>15</w:t>
            </w:r>
          </w:p>
        </w:tc>
      </w:tr>
      <w:tr w:rsidR="00586387" w14:paraId="5F44B4A1" w14:textId="77777777">
        <w:trPr>
          <w:jc w:val="center"/>
        </w:trPr>
        <w:tc>
          <w:tcPr>
            <w:tcW w:w="7488" w:type="dxa"/>
            <w:tcMar>
              <w:top w:w="80" w:type="dxa"/>
              <w:left w:w="90" w:type="dxa"/>
              <w:bottom w:w="80" w:type="dxa"/>
              <w:right w:w="90" w:type="dxa"/>
            </w:tcMar>
            <w:vAlign w:val="center"/>
          </w:tcPr>
          <w:p w14:paraId="7EECDC95" w14:textId="77777777" w:rsidR="00586387" w:rsidRDefault="00000000">
            <w:pPr>
              <w:spacing w:after="0"/>
            </w:pPr>
            <w:r>
              <w:rPr>
                <w:sz w:val="17"/>
              </w:rPr>
              <w:t>Occupancy timeline and transition risk</w:t>
            </w:r>
          </w:p>
        </w:tc>
        <w:tc>
          <w:tcPr>
            <w:tcW w:w="1800" w:type="dxa"/>
            <w:tcMar>
              <w:top w:w="80" w:type="dxa"/>
              <w:left w:w="90" w:type="dxa"/>
              <w:bottom w:w="80" w:type="dxa"/>
              <w:right w:w="90" w:type="dxa"/>
            </w:tcMar>
            <w:vAlign w:val="center"/>
          </w:tcPr>
          <w:p w14:paraId="5FD73CCF" w14:textId="77777777" w:rsidR="00586387" w:rsidRDefault="00000000">
            <w:pPr>
              <w:spacing w:after="0"/>
            </w:pPr>
            <w:r>
              <w:rPr>
                <w:sz w:val="17"/>
              </w:rPr>
              <w:t>10</w:t>
            </w:r>
          </w:p>
        </w:tc>
      </w:tr>
      <w:tr w:rsidR="00586387" w14:paraId="6F8A7CBF" w14:textId="77777777">
        <w:trPr>
          <w:jc w:val="center"/>
        </w:trPr>
        <w:tc>
          <w:tcPr>
            <w:tcW w:w="7488" w:type="dxa"/>
            <w:tcMar>
              <w:top w:w="80" w:type="dxa"/>
              <w:left w:w="90" w:type="dxa"/>
              <w:bottom w:w="80" w:type="dxa"/>
              <w:right w:w="90" w:type="dxa"/>
            </w:tcMar>
            <w:vAlign w:val="center"/>
          </w:tcPr>
          <w:p w14:paraId="69D25FC0" w14:textId="77777777" w:rsidR="00586387" w:rsidRDefault="00000000">
            <w:pPr>
              <w:spacing w:after="0"/>
            </w:pPr>
            <w:r>
              <w:rPr>
                <w:sz w:val="17"/>
              </w:rPr>
              <w:t>Accessibility and parking</w:t>
            </w:r>
          </w:p>
        </w:tc>
        <w:tc>
          <w:tcPr>
            <w:tcW w:w="1800" w:type="dxa"/>
            <w:tcMar>
              <w:top w:w="80" w:type="dxa"/>
              <w:left w:w="90" w:type="dxa"/>
              <w:bottom w:w="80" w:type="dxa"/>
              <w:right w:w="90" w:type="dxa"/>
            </w:tcMar>
            <w:vAlign w:val="center"/>
          </w:tcPr>
          <w:p w14:paraId="46B02BBB" w14:textId="77777777" w:rsidR="00586387" w:rsidRDefault="00000000">
            <w:pPr>
              <w:spacing w:after="0"/>
            </w:pPr>
            <w:r>
              <w:rPr>
                <w:sz w:val="17"/>
              </w:rPr>
              <w:t>10</w:t>
            </w:r>
          </w:p>
        </w:tc>
      </w:tr>
      <w:tr w:rsidR="00586387" w14:paraId="2314CFDE" w14:textId="77777777">
        <w:trPr>
          <w:jc w:val="center"/>
        </w:trPr>
        <w:tc>
          <w:tcPr>
            <w:tcW w:w="7488" w:type="dxa"/>
            <w:tcMar>
              <w:top w:w="80" w:type="dxa"/>
              <w:left w:w="90" w:type="dxa"/>
              <w:bottom w:w="80" w:type="dxa"/>
              <w:right w:w="90" w:type="dxa"/>
            </w:tcMar>
            <w:vAlign w:val="center"/>
          </w:tcPr>
          <w:p w14:paraId="2EE0A718" w14:textId="77777777" w:rsidR="00586387" w:rsidRDefault="00000000">
            <w:pPr>
              <w:spacing w:after="0"/>
            </w:pPr>
            <w:r>
              <w:rPr>
                <w:sz w:val="17"/>
              </w:rPr>
              <w:t>Total</w:t>
            </w:r>
          </w:p>
        </w:tc>
        <w:tc>
          <w:tcPr>
            <w:tcW w:w="1800" w:type="dxa"/>
            <w:tcMar>
              <w:top w:w="80" w:type="dxa"/>
              <w:left w:w="90" w:type="dxa"/>
              <w:bottom w:w="80" w:type="dxa"/>
              <w:right w:w="90" w:type="dxa"/>
            </w:tcMar>
            <w:vAlign w:val="center"/>
          </w:tcPr>
          <w:p w14:paraId="7B77195C" w14:textId="77777777" w:rsidR="00586387" w:rsidRDefault="00000000">
            <w:pPr>
              <w:spacing w:after="0"/>
            </w:pPr>
            <w:r>
              <w:rPr>
                <w:sz w:val="17"/>
              </w:rPr>
              <w:t>100</w:t>
            </w:r>
          </w:p>
        </w:tc>
      </w:tr>
    </w:tbl>
    <w:p w14:paraId="70772B6C" w14:textId="77777777" w:rsidR="00586387" w:rsidRDefault="00000000">
      <w:r>
        <w:rPr>
          <w:b/>
        </w:rPr>
        <w:t xml:space="preserve">Lease term controls: </w:t>
      </w:r>
      <w:r>
        <w:t>The proposed lease must state a definite commencement and ending date, must not contain an automatic-renewal clause, and should ordinarily have a total term of no more than ten years unless Procurement/Compliance and the Board document an authorized exception. Renewal or extension options must be expressly stated, priced or otherwise evaluable in the original procurement, and included in the total contract value.</w:t>
      </w:r>
    </w:p>
    <w:p w14:paraId="26C9BBC8" w14:textId="59F1DD07" w:rsidR="00586387" w:rsidRDefault="00000000">
      <w:r>
        <w:rPr>
          <w:b/>
        </w:rPr>
        <w:t xml:space="preserve">RFP terminology: </w:t>
      </w:r>
      <w:r>
        <w:t>This package uses “Request for Proposal (RFP) for Lease Space” because price and non-price factors will be evaluated, best value will be selected, and negotiations may occur. “Request for Qualifications (RFQ)” should be used only for a separate broker-selection procurement based primarily on qualifications and fee reasonableness.</w:t>
      </w:r>
    </w:p>
    <w:p w14:paraId="2435B0B7" w14:textId="45491304" w:rsidR="00586387" w:rsidRDefault="00000000">
      <w:pPr>
        <w:pStyle w:val="Heading1"/>
      </w:pPr>
      <w:r>
        <w:t>E. Procurement Conditions</w:t>
      </w:r>
    </w:p>
    <w:p w14:paraId="3AC913C7" w14:textId="76BD0281" w:rsidR="00586387" w:rsidRDefault="00000000">
      <w:pPr>
        <w:pStyle w:val="ListBullet"/>
        <w:spacing w:after="30"/>
      </w:pPr>
      <w:r>
        <w:t>SERCO may request clarification, conduct site visits, verify information, reject a nonresponsive submission, negotiate with the highest-ranked respondent as permitted, or cancel the solicitation when in the organization's best interest and consistent with governing policy.</w:t>
      </w:r>
    </w:p>
    <w:p w14:paraId="4F089514" w14:textId="1203124F" w:rsidR="00586387" w:rsidRDefault="00000000">
      <w:pPr>
        <w:pStyle w:val="ListBullet"/>
        <w:spacing w:after="30"/>
      </w:pPr>
      <w:r>
        <w:t>Respondents must identify all assumptions, exclusions, incentives, commissions, and pass-through charges.</w:t>
      </w:r>
    </w:p>
    <w:p w14:paraId="174C0DAA" w14:textId="40814147" w:rsidR="00586387" w:rsidRDefault="00000000">
      <w:pPr>
        <w:pStyle w:val="ListBullet"/>
        <w:spacing w:after="30"/>
      </w:pPr>
      <w:r>
        <w:t>All respondents will receive the same material information and any formal amendment issued during the solicitation.</w:t>
      </w:r>
    </w:p>
    <w:p w14:paraId="5BB4EDBA" w14:textId="3134E85F" w:rsidR="00586387" w:rsidRDefault="00000000">
      <w:pPr>
        <w:pStyle w:val="ListBullet"/>
        <w:spacing w:after="30"/>
      </w:pPr>
      <w:r>
        <w:t>No lease commitment exists until all required approvals are obtained and final documents are executed by authorized parties.</w:t>
      </w:r>
    </w:p>
    <w:p w14:paraId="4710D089" w14:textId="0AEC8EAF" w:rsidR="00586387" w:rsidRDefault="00000000">
      <w:r>
        <w:br w:type="page"/>
      </w:r>
    </w:p>
    <w:p w14:paraId="6B1CFB0C" w14:textId="302A8CB8" w:rsidR="00586387" w:rsidRDefault="003A3171">
      <w:pPr>
        <w:pStyle w:val="Title"/>
      </w:pPr>
      <w:r>
        <w:rPr>
          <w:noProof/>
        </w:rPr>
        <w:lastRenderedPageBreak/>
        <w:drawing>
          <wp:anchor distT="0" distB="0" distL="114300" distR="114300" simplePos="0" relativeHeight="251660288" behindDoc="0" locked="0" layoutInCell="1" allowOverlap="1" wp14:anchorId="65164592" wp14:editId="48EA93A9">
            <wp:simplePos x="0" y="0"/>
            <wp:positionH relativeFrom="column">
              <wp:posOffset>5748020</wp:posOffset>
            </wp:positionH>
            <wp:positionV relativeFrom="paragraph">
              <wp:posOffset>-458470</wp:posOffset>
            </wp:positionV>
            <wp:extent cx="844550" cy="685493"/>
            <wp:effectExtent l="0" t="0" r="0" b="635"/>
            <wp:wrapNone/>
            <wp:docPr id="2025006882" name="Picture 2025006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ctor No white background -  SERCO Logo - Copy (2).png"/>
                    <pic:cNvPicPr/>
                  </pic:nvPicPr>
                  <pic:blipFill>
                    <a:blip r:embed="rId8"/>
                    <a:stretch>
                      <a:fillRect/>
                    </a:stretch>
                  </pic:blipFill>
                  <pic:spPr>
                    <a:xfrm>
                      <a:off x="0" y="0"/>
                      <a:ext cx="844550" cy="685493"/>
                    </a:xfrm>
                    <a:prstGeom prst="rect">
                      <a:avLst/>
                    </a:prstGeom>
                  </pic:spPr>
                </pic:pic>
              </a:graphicData>
            </a:graphic>
            <wp14:sizeRelH relativeFrom="margin">
              <wp14:pctWidth>0</wp14:pctWidth>
            </wp14:sizeRelH>
            <wp14:sizeRelV relativeFrom="margin">
              <wp14:pctHeight>0</wp14:pctHeight>
            </wp14:sizeRelV>
          </wp:anchor>
        </w:drawing>
      </w:r>
      <w:r w:rsidR="00000000">
        <w:t>FORM 1A - LANDLORD RESPONSE FORM</w:t>
      </w:r>
    </w:p>
    <w:p w14:paraId="51D7EF0C" w14:textId="77777777" w:rsidR="00586387" w:rsidRDefault="00000000">
      <w:r>
        <w:rPr>
          <w:b/>
        </w:rPr>
        <w:t xml:space="preserve">Legal landlord / ownership name: </w:t>
      </w:r>
      <w:r>
        <w:t>______________________________________________________________</w:t>
      </w:r>
    </w:p>
    <w:p w14:paraId="63FA8A94" w14:textId="77777777" w:rsidR="00586387" w:rsidRDefault="00000000">
      <w:r>
        <w:rPr>
          <w:b/>
        </w:rPr>
        <w:t xml:space="preserve">Authorized representative: </w:t>
      </w:r>
      <w:r>
        <w:t>______________________________________________________________</w:t>
      </w:r>
    </w:p>
    <w:p w14:paraId="1DA34D33" w14:textId="77777777" w:rsidR="00586387" w:rsidRDefault="00000000">
      <w:r>
        <w:rPr>
          <w:b/>
        </w:rPr>
        <w:t xml:space="preserve">Property name: </w:t>
      </w:r>
      <w:r>
        <w:t>______________________________________________________________</w:t>
      </w:r>
    </w:p>
    <w:p w14:paraId="1CD5538E" w14:textId="77777777" w:rsidR="00586387" w:rsidRDefault="00000000">
      <w:r>
        <w:rPr>
          <w:b/>
        </w:rPr>
        <w:t xml:space="preserve">Property address: </w:t>
      </w:r>
      <w:r>
        <w:t>______________________________________________________________</w:t>
      </w:r>
    </w:p>
    <w:p w14:paraId="3EF320A3" w14:textId="77777777" w:rsidR="00586387" w:rsidRDefault="00000000">
      <w:r>
        <w:rPr>
          <w:b/>
        </w:rPr>
        <w:t xml:space="preserve">Telephone: </w:t>
      </w:r>
      <w:r>
        <w:t>______________________________________________________________</w:t>
      </w:r>
    </w:p>
    <w:p w14:paraId="1037F3F2" w14:textId="77777777" w:rsidR="00586387" w:rsidRDefault="00000000">
      <w:r>
        <w:rPr>
          <w:b/>
        </w:rPr>
        <w:t xml:space="preserve">Email: </w:t>
      </w:r>
      <w:r>
        <w:t>______________________________________________________________</w:t>
      </w:r>
    </w:p>
    <w:p w14:paraId="4D963F83" w14:textId="77777777" w:rsidR="00586387" w:rsidRDefault="00000000">
      <w:pPr>
        <w:pStyle w:val="Heading1"/>
      </w:pPr>
      <w:r>
        <w:t>Property and Financial Information</w:t>
      </w:r>
    </w:p>
    <w:tbl>
      <w:tblPr>
        <w:tblStyle w:val="TableGrid"/>
        <w:tblW w:w="0" w:type="auto"/>
        <w:jc w:val="center"/>
        <w:tblLook w:val="04A0" w:firstRow="1" w:lastRow="0" w:firstColumn="1" w:lastColumn="0" w:noHBand="0" w:noVBand="1"/>
      </w:tblPr>
      <w:tblGrid>
        <w:gridCol w:w="4320"/>
        <w:gridCol w:w="4968"/>
      </w:tblGrid>
      <w:tr w:rsidR="00586387" w14:paraId="08BF4699" w14:textId="77777777">
        <w:trPr>
          <w:tblHeader/>
          <w:jc w:val="center"/>
        </w:trPr>
        <w:tc>
          <w:tcPr>
            <w:tcW w:w="4320" w:type="dxa"/>
            <w:shd w:val="clear" w:color="auto" w:fill="365F9D"/>
            <w:tcMar>
              <w:top w:w="80" w:type="dxa"/>
              <w:left w:w="90" w:type="dxa"/>
              <w:bottom w:w="80" w:type="dxa"/>
              <w:right w:w="90" w:type="dxa"/>
            </w:tcMar>
            <w:vAlign w:val="center"/>
          </w:tcPr>
          <w:p w14:paraId="180F7210" w14:textId="77777777" w:rsidR="00586387" w:rsidRDefault="00000000">
            <w:pPr>
              <w:spacing w:after="0"/>
            </w:pPr>
            <w:r>
              <w:rPr>
                <w:b/>
                <w:color w:val="FFFFFF"/>
                <w:sz w:val="17"/>
              </w:rPr>
              <w:t>Item</w:t>
            </w:r>
          </w:p>
        </w:tc>
        <w:tc>
          <w:tcPr>
            <w:tcW w:w="4968" w:type="dxa"/>
            <w:shd w:val="clear" w:color="auto" w:fill="365F9D"/>
            <w:tcMar>
              <w:top w:w="80" w:type="dxa"/>
              <w:left w:w="90" w:type="dxa"/>
              <w:bottom w:w="80" w:type="dxa"/>
              <w:right w:w="90" w:type="dxa"/>
            </w:tcMar>
            <w:vAlign w:val="center"/>
          </w:tcPr>
          <w:p w14:paraId="239791C0" w14:textId="77777777" w:rsidR="00586387" w:rsidRDefault="00000000">
            <w:pPr>
              <w:spacing w:after="0"/>
            </w:pPr>
            <w:r>
              <w:rPr>
                <w:b/>
                <w:color w:val="FFFFFF"/>
                <w:sz w:val="17"/>
              </w:rPr>
              <w:t>Respondent Entry</w:t>
            </w:r>
          </w:p>
        </w:tc>
      </w:tr>
      <w:tr w:rsidR="00586387" w14:paraId="225BA255" w14:textId="77777777">
        <w:trPr>
          <w:jc w:val="center"/>
        </w:trPr>
        <w:tc>
          <w:tcPr>
            <w:tcW w:w="4320" w:type="dxa"/>
            <w:tcMar>
              <w:top w:w="80" w:type="dxa"/>
              <w:left w:w="90" w:type="dxa"/>
              <w:bottom w:w="80" w:type="dxa"/>
              <w:right w:w="90" w:type="dxa"/>
            </w:tcMar>
            <w:vAlign w:val="center"/>
          </w:tcPr>
          <w:p w14:paraId="2D0418E0" w14:textId="77777777" w:rsidR="00586387" w:rsidRDefault="00000000">
            <w:pPr>
              <w:spacing w:after="0"/>
            </w:pPr>
            <w:r>
              <w:rPr>
                <w:sz w:val="17"/>
              </w:rPr>
              <w:t>Available rentable square feet</w:t>
            </w:r>
          </w:p>
        </w:tc>
        <w:tc>
          <w:tcPr>
            <w:tcW w:w="4968" w:type="dxa"/>
            <w:tcMar>
              <w:top w:w="80" w:type="dxa"/>
              <w:left w:w="90" w:type="dxa"/>
              <w:bottom w:w="80" w:type="dxa"/>
              <w:right w:w="90" w:type="dxa"/>
            </w:tcMar>
            <w:vAlign w:val="center"/>
          </w:tcPr>
          <w:p w14:paraId="113B132F" w14:textId="77777777" w:rsidR="00586387" w:rsidRDefault="00586387">
            <w:pPr>
              <w:spacing w:after="0"/>
            </w:pPr>
          </w:p>
        </w:tc>
      </w:tr>
      <w:tr w:rsidR="00586387" w14:paraId="1CB326A3" w14:textId="77777777">
        <w:trPr>
          <w:jc w:val="center"/>
        </w:trPr>
        <w:tc>
          <w:tcPr>
            <w:tcW w:w="4320" w:type="dxa"/>
            <w:shd w:val="clear" w:color="auto" w:fill="EEF2F8"/>
            <w:tcMar>
              <w:top w:w="80" w:type="dxa"/>
              <w:left w:w="90" w:type="dxa"/>
              <w:bottom w:w="80" w:type="dxa"/>
              <w:right w:w="90" w:type="dxa"/>
            </w:tcMar>
            <w:vAlign w:val="center"/>
          </w:tcPr>
          <w:p w14:paraId="306F4975" w14:textId="77777777" w:rsidR="00586387" w:rsidRDefault="00000000">
            <w:pPr>
              <w:spacing w:after="0"/>
            </w:pPr>
            <w:r>
              <w:rPr>
                <w:sz w:val="17"/>
              </w:rPr>
              <w:t>Available usable square feet</w:t>
            </w:r>
          </w:p>
        </w:tc>
        <w:tc>
          <w:tcPr>
            <w:tcW w:w="4968" w:type="dxa"/>
            <w:shd w:val="clear" w:color="auto" w:fill="EEF2F8"/>
            <w:tcMar>
              <w:top w:w="80" w:type="dxa"/>
              <w:left w:w="90" w:type="dxa"/>
              <w:bottom w:w="80" w:type="dxa"/>
              <w:right w:w="90" w:type="dxa"/>
            </w:tcMar>
            <w:vAlign w:val="center"/>
          </w:tcPr>
          <w:p w14:paraId="3861D848" w14:textId="77777777" w:rsidR="00586387" w:rsidRDefault="00586387">
            <w:pPr>
              <w:spacing w:after="0"/>
            </w:pPr>
          </w:p>
        </w:tc>
      </w:tr>
      <w:tr w:rsidR="00586387" w14:paraId="2F0D7C60" w14:textId="77777777">
        <w:trPr>
          <w:jc w:val="center"/>
        </w:trPr>
        <w:tc>
          <w:tcPr>
            <w:tcW w:w="4320" w:type="dxa"/>
            <w:tcMar>
              <w:top w:w="80" w:type="dxa"/>
              <w:left w:w="90" w:type="dxa"/>
              <w:bottom w:w="80" w:type="dxa"/>
              <w:right w:w="90" w:type="dxa"/>
            </w:tcMar>
            <w:vAlign w:val="center"/>
          </w:tcPr>
          <w:p w14:paraId="1FDE04F2" w14:textId="77777777" w:rsidR="00586387" w:rsidRDefault="00000000">
            <w:pPr>
              <w:spacing w:after="0"/>
            </w:pPr>
            <w:r>
              <w:rPr>
                <w:sz w:val="17"/>
              </w:rPr>
              <w:t>Base rent per SF and basis</w:t>
            </w:r>
          </w:p>
        </w:tc>
        <w:tc>
          <w:tcPr>
            <w:tcW w:w="4968" w:type="dxa"/>
            <w:tcMar>
              <w:top w:w="80" w:type="dxa"/>
              <w:left w:w="90" w:type="dxa"/>
              <w:bottom w:w="80" w:type="dxa"/>
              <w:right w:w="90" w:type="dxa"/>
            </w:tcMar>
            <w:vAlign w:val="center"/>
          </w:tcPr>
          <w:p w14:paraId="23708791" w14:textId="77777777" w:rsidR="00586387" w:rsidRDefault="00586387">
            <w:pPr>
              <w:spacing w:after="0"/>
            </w:pPr>
          </w:p>
        </w:tc>
      </w:tr>
      <w:tr w:rsidR="00586387" w14:paraId="050D8A16" w14:textId="77777777">
        <w:trPr>
          <w:jc w:val="center"/>
        </w:trPr>
        <w:tc>
          <w:tcPr>
            <w:tcW w:w="4320" w:type="dxa"/>
            <w:shd w:val="clear" w:color="auto" w:fill="EEF2F8"/>
            <w:tcMar>
              <w:top w:w="80" w:type="dxa"/>
              <w:left w:w="90" w:type="dxa"/>
              <w:bottom w:w="80" w:type="dxa"/>
              <w:right w:w="90" w:type="dxa"/>
            </w:tcMar>
            <w:vAlign w:val="center"/>
          </w:tcPr>
          <w:p w14:paraId="33693948" w14:textId="77777777" w:rsidR="00586387" w:rsidRDefault="00000000">
            <w:pPr>
              <w:spacing w:after="0"/>
            </w:pPr>
            <w:r>
              <w:rPr>
                <w:sz w:val="17"/>
              </w:rPr>
              <w:t>Operating expenses / NNN / CAM</w:t>
            </w:r>
          </w:p>
        </w:tc>
        <w:tc>
          <w:tcPr>
            <w:tcW w:w="4968" w:type="dxa"/>
            <w:shd w:val="clear" w:color="auto" w:fill="EEF2F8"/>
            <w:tcMar>
              <w:top w:w="80" w:type="dxa"/>
              <w:left w:w="90" w:type="dxa"/>
              <w:bottom w:w="80" w:type="dxa"/>
              <w:right w:w="90" w:type="dxa"/>
            </w:tcMar>
            <w:vAlign w:val="center"/>
          </w:tcPr>
          <w:p w14:paraId="66C740CB" w14:textId="77777777" w:rsidR="00586387" w:rsidRDefault="00586387">
            <w:pPr>
              <w:spacing w:after="0"/>
            </w:pPr>
          </w:p>
        </w:tc>
      </w:tr>
      <w:tr w:rsidR="00586387" w14:paraId="6852D3C5" w14:textId="77777777">
        <w:trPr>
          <w:jc w:val="center"/>
        </w:trPr>
        <w:tc>
          <w:tcPr>
            <w:tcW w:w="4320" w:type="dxa"/>
            <w:tcMar>
              <w:top w:w="80" w:type="dxa"/>
              <w:left w:w="90" w:type="dxa"/>
              <w:bottom w:w="80" w:type="dxa"/>
              <w:right w:w="90" w:type="dxa"/>
            </w:tcMar>
            <w:vAlign w:val="center"/>
          </w:tcPr>
          <w:p w14:paraId="73771567" w14:textId="77777777" w:rsidR="00586387" w:rsidRDefault="00000000">
            <w:pPr>
              <w:spacing w:after="0"/>
            </w:pPr>
            <w:r>
              <w:rPr>
                <w:sz w:val="17"/>
              </w:rPr>
              <w:t>Utilities included / excluded</w:t>
            </w:r>
          </w:p>
        </w:tc>
        <w:tc>
          <w:tcPr>
            <w:tcW w:w="4968" w:type="dxa"/>
            <w:tcMar>
              <w:top w:w="80" w:type="dxa"/>
              <w:left w:w="90" w:type="dxa"/>
              <w:bottom w:w="80" w:type="dxa"/>
              <w:right w:w="90" w:type="dxa"/>
            </w:tcMar>
            <w:vAlign w:val="center"/>
          </w:tcPr>
          <w:p w14:paraId="3A7CFF16" w14:textId="77777777" w:rsidR="00586387" w:rsidRDefault="00586387">
            <w:pPr>
              <w:spacing w:after="0"/>
            </w:pPr>
          </w:p>
        </w:tc>
      </w:tr>
      <w:tr w:rsidR="00586387" w14:paraId="71C64D5D" w14:textId="77777777">
        <w:trPr>
          <w:jc w:val="center"/>
        </w:trPr>
        <w:tc>
          <w:tcPr>
            <w:tcW w:w="4320" w:type="dxa"/>
            <w:shd w:val="clear" w:color="auto" w:fill="EEF2F8"/>
            <w:tcMar>
              <w:top w:w="80" w:type="dxa"/>
              <w:left w:w="90" w:type="dxa"/>
              <w:bottom w:w="80" w:type="dxa"/>
              <w:right w:w="90" w:type="dxa"/>
            </w:tcMar>
            <w:vAlign w:val="center"/>
          </w:tcPr>
          <w:p w14:paraId="4C93122B" w14:textId="77777777" w:rsidR="00586387" w:rsidRDefault="00000000">
            <w:pPr>
              <w:spacing w:after="0"/>
            </w:pPr>
            <w:r>
              <w:rPr>
                <w:sz w:val="17"/>
              </w:rPr>
              <w:t>Annual escalation</w:t>
            </w:r>
          </w:p>
        </w:tc>
        <w:tc>
          <w:tcPr>
            <w:tcW w:w="4968" w:type="dxa"/>
            <w:shd w:val="clear" w:color="auto" w:fill="EEF2F8"/>
            <w:tcMar>
              <w:top w:w="80" w:type="dxa"/>
              <w:left w:w="90" w:type="dxa"/>
              <w:bottom w:w="80" w:type="dxa"/>
              <w:right w:w="90" w:type="dxa"/>
            </w:tcMar>
            <w:vAlign w:val="center"/>
          </w:tcPr>
          <w:p w14:paraId="412CE126" w14:textId="77777777" w:rsidR="00586387" w:rsidRDefault="00586387">
            <w:pPr>
              <w:spacing w:after="0"/>
            </w:pPr>
          </w:p>
        </w:tc>
      </w:tr>
      <w:tr w:rsidR="00586387" w14:paraId="63972B77" w14:textId="77777777">
        <w:trPr>
          <w:jc w:val="center"/>
        </w:trPr>
        <w:tc>
          <w:tcPr>
            <w:tcW w:w="4320" w:type="dxa"/>
            <w:tcMar>
              <w:top w:w="80" w:type="dxa"/>
              <w:left w:w="90" w:type="dxa"/>
              <w:bottom w:w="80" w:type="dxa"/>
              <w:right w:w="90" w:type="dxa"/>
            </w:tcMar>
            <w:vAlign w:val="center"/>
          </w:tcPr>
          <w:p w14:paraId="5F92CB77" w14:textId="77777777" w:rsidR="00586387" w:rsidRDefault="00000000">
            <w:pPr>
              <w:spacing w:after="0"/>
            </w:pPr>
            <w:r>
              <w:rPr>
                <w:sz w:val="17"/>
              </w:rPr>
              <w:t>Tenant-improvement allowance</w:t>
            </w:r>
          </w:p>
        </w:tc>
        <w:tc>
          <w:tcPr>
            <w:tcW w:w="4968" w:type="dxa"/>
            <w:tcMar>
              <w:top w:w="80" w:type="dxa"/>
              <w:left w:w="90" w:type="dxa"/>
              <w:bottom w:w="80" w:type="dxa"/>
              <w:right w:w="90" w:type="dxa"/>
            </w:tcMar>
            <w:vAlign w:val="center"/>
          </w:tcPr>
          <w:p w14:paraId="1D94769D" w14:textId="77777777" w:rsidR="00586387" w:rsidRDefault="00586387">
            <w:pPr>
              <w:spacing w:after="0"/>
            </w:pPr>
          </w:p>
        </w:tc>
      </w:tr>
      <w:tr w:rsidR="00586387" w14:paraId="6DAB5175" w14:textId="77777777">
        <w:trPr>
          <w:jc w:val="center"/>
        </w:trPr>
        <w:tc>
          <w:tcPr>
            <w:tcW w:w="4320" w:type="dxa"/>
            <w:shd w:val="clear" w:color="auto" w:fill="EEF2F8"/>
            <w:tcMar>
              <w:top w:w="80" w:type="dxa"/>
              <w:left w:w="90" w:type="dxa"/>
              <w:bottom w:w="80" w:type="dxa"/>
              <w:right w:w="90" w:type="dxa"/>
            </w:tcMar>
            <w:vAlign w:val="center"/>
          </w:tcPr>
          <w:p w14:paraId="396B6A8B" w14:textId="77777777" w:rsidR="00586387" w:rsidRDefault="00000000">
            <w:pPr>
              <w:spacing w:after="0"/>
            </w:pPr>
            <w:r>
              <w:rPr>
                <w:sz w:val="17"/>
              </w:rPr>
              <w:t>Other landlord concessions</w:t>
            </w:r>
          </w:p>
        </w:tc>
        <w:tc>
          <w:tcPr>
            <w:tcW w:w="4968" w:type="dxa"/>
            <w:shd w:val="clear" w:color="auto" w:fill="EEF2F8"/>
            <w:tcMar>
              <w:top w:w="80" w:type="dxa"/>
              <w:left w:w="90" w:type="dxa"/>
              <w:bottom w:w="80" w:type="dxa"/>
              <w:right w:w="90" w:type="dxa"/>
            </w:tcMar>
            <w:vAlign w:val="center"/>
          </w:tcPr>
          <w:p w14:paraId="68E32911" w14:textId="77777777" w:rsidR="00586387" w:rsidRDefault="00586387">
            <w:pPr>
              <w:spacing w:after="0"/>
            </w:pPr>
          </w:p>
        </w:tc>
      </w:tr>
      <w:tr w:rsidR="00586387" w14:paraId="6D0FC41D" w14:textId="77777777">
        <w:trPr>
          <w:jc w:val="center"/>
        </w:trPr>
        <w:tc>
          <w:tcPr>
            <w:tcW w:w="4320" w:type="dxa"/>
            <w:tcMar>
              <w:top w:w="80" w:type="dxa"/>
              <w:left w:w="90" w:type="dxa"/>
              <w:bottom w:w="80" w:type="dxa"/>
              <w:right w:w="90" w:type="dxa"/>
            </w:tcMar>
            <w:vAlign w:val="center"/>
          </w:tcPr>
          <w:p w14:paraId="6060DF00" w14:textId="77777777" w:rsidR="00586387" w:rsidRDefault="00000000">
            <w:pPr>
              <w:spacing w:after="0"/>
            </w:pPr>
            <w:r>
              <w:rPr>
                <w:sz w:val="17"/>
              </w:rPr>
              <w:t>Security deposit</w:t>
            </w:r>
          </w:p>
        </w:tc>
        <w:tc>
          <w:tcPr>
            <w:tcW w:w="4968" w:type="dxa"/>
            <w:tcMar>
              <w:top w:w="80" w:type="dxa"/>
              <w:left w:w="90" w:type="dxa"/>
              <w:bottom w:w="80" w:type="dxa"/>
              <w:right w:w="90" w:type="dxa"/>
            </w:tcMar>
            <w:vAlign w:val="center"/>
          </w:tcPr>
          <w:p w14:paraId="7F57F99C" w14:textId="77777777" w:rsidR="00586387" w:rsidRDefault="00586387">
            <w:pPr>
              <w:spacing w:after="0"/>
            </w:pPr>
          </w:p>
        </w:tc>
      </w:tr>
      <w:tr w:rsidR="00586387" w14:paraId="6D1CDC92" w14:textId="77777777">
        <w:trPr>
          <w:jc w:val="center"/>
        </w:trPr>
        <w:tc>
          <w:tcPr>
            <w:tcW w:w="4320" w:type="dxa"/>
            <w:shd w:val="clear" w:color="auto" w:fill="EEF2F8"/>
            <w:tcMar>
              <w:top w:w="80" w:type="dxa"/>
              <w:left w:w="90" w:type="dxa"/>
              <w:bottom w:w="80" w:type="dxa"/>
              <w:right w:w="90" w:type="dxa"/>
            </w:tcMar>
            <w:vAlign w:val="center"/>
          </w:tcPr>
          <w:p w14:paraId="10E382DA" w14:textId="77777777" w:rsidR="00586387" w:rsidRDefault="00000000">
            <w:pPr>
              <w:spacing w:after="0"/>
            </w:pPr>
            <w:r>
              <w:rPr>
                <w:sz w:val="17"/>
              </w:rPr>
              <w:t>Broker commissions</w:t>
            </w:r>
          </w:p>
        </w:tc>
        <w:tc>
          <w:tcPr>
            <w:tcW w:w="4968" w:type="dxa"/>
            <w:shd w:val="clear" w:color="auto" w:fill="EEF2F8"/>
            <w:tcMar>
              <w:top w:w="80" w:type="dxa"/>
              <w:left w:w="90" w:type="dxa"/>
              <w:bottom w:w="80" w:type="dxa"/>
              <w:right w:w="90" w:type="dxa"/>
            </w:tcMar>
            <w:vAlign w:val="center"/>
          </w:tcPr>
          <w:p w14:paraId="031F917B" w14:textId="77777777" w:rsidR="00586387" w:rsidRDefault="00586387">
            <w:pPr>
              <w:spacing w:after="0"/>
            </w:pPr>
          </w:p>
        </w:tc>
      </w:tr>
      <w:tr w:rsidR="00586387" w14:paraId="762EDBFD" w14:textId="77777777">
        <w:trPr>
          <w:jc w:val="center"/>
        </w:trPr>
        <w:tc>
          <w:tcPr>
            <w:tcW w:w="4320" w:type="dxa"/>
            <w:tcMar>
              <w:top w:w="80" w:type="dxa"/>
              <w:left w:w="90" w:type="dxa"/>
              <w:bottom w:w="80" w:type="dxa"/>
              <w:right w:w="90" w:type="dxa"/>
            </w:tcMar>
            <w:vAlign w:val="center"/>
          </w:tcPr>
          <w:p w14:paraId="0746B26C" w14:textId="77777777" w:rsidR="00586387" w:rsidRDefault="00000000">
            <w:pPr>
              <w:spacing w:after="0"/>
            </w:pPr>
            <w:r>
              <w:rPr>
                <w:sz w:val="17"/>
              </w:rPr>
              <w:t>Proposed lease term</w:t>
            </w:r>
          </w:p>
        </w:tc>
        <w:tc>
          <w:tcPr>
            <w:tcW w:w="4968" w:type="dxa"/>
            <w:tcMar>
              <w:top w:w="80" w:type="dxa"/>
              <w:left w:w="90" w:type="dxa"/>
              <w:bottom w:w="80" w:type="dxa"/>
              <w:right w:w="90" w:type="dxa"/>
            </w:tcMar>
            <w:vAlign w:val="center"/>
          </w:tcPr>
          <w:p w14:paraId="3E379A7F" w14:textId="77777777" w:rsidR="00586387" w:rsidRDefault="00000000">
            <w:r>
              <w:t>Proposed term: __________ years (up to five (5) years)</w:t>
            </w:r>
          </w:p>
        </w:tc>
      </w:tr>
      <w:tr w:rsidR="00586387" w14:paraId="0AA91521" w14:textId="77777777">
        <w:trPr>
          <w:jc w:val="center"/>
        </w:trPr>
        <w:tc>
          <w:tcPr>
            <w:tcW w:w="4320" w:type="dxa"/>
            <w:shd w:val="clear" w:color="auto" w:fill="EEF2F8"/>
            <w:tcMar>
              <w:top w:w="80" w:type="dxa"/>
              <w:left w:w="90" w:type="dxa"/>
              <w:bottom w:w="80" w:type="dxa"/>
              <w:right w:w="90" w:type="dxa"/>
            </w:tcMar>
            <w:vAlign w:val="center"/>
          </w:tcPr>
          <w:p w14:paraId="7EBA81A7" w14:textId="77777777" w:rsidR="00586387" w:rsidRDefault="00000000">
            <w:pPr>
              <w:spacing w:after="0"/>
            </w:pPr>
            <w:r>
              <w:rPr>
                <w:sz w:val="17"/>
              </w:rPr>
              <w:t>Renewal options</w:t>
            </w:r>
          </w:p>
        </w:tc>
        <w:tc>
          <w:tcPr>
            <w:tcW w:w="4968" w:type="dxa"/>
            <w:shd w:val="clear" w:color="auto" w:fill="EEF2F8"/>
            <w:tcMar>
              <w:top w:w="80" w:type="dxa"/>
              <w:left w:w="90" w:type="dxa"/>
              <w:bottom w:w="80" w:type="dxa"/>
              <w:right w:w="90" w:type="dxa"/>
            </w:tcMar>
            <w:vAlign w:val="center"/>
          </w:tcPr>
          <w:p w14:paraId="540CD08A" w14:textId="77777777" w:rsidR="00586387" w:rsidRDefault="00586387">
            <w:pPr>
              <w:spacing w:after="0"/>
            </w:pPr>
          </w:p>
        </w:tc>
      </w:tr>
      <w:tr w:rsidR="00586387" w14:paraId="171C53C3" w14:textId="77777777">
        <w:trPr>
          <w:jc w:val="center"/>
        </w:trPr>
        <w:tc>
          <w:tcPr>
            <w:tcW w:w="4320" w:type="dxa"/>
            <w:tcMar>
              <w:top w:w="80" w:type="dxa"/>
              <w:left w:w="90" w:type="dxa"/>
              <w:bottom w:w="80" w:type="dxa"/>
              <w:right w:w="90" w:type="dxa"/>
            </w:tcMar>
            <w:vAlign w:val="center"/>
          </w:tcPr>
          <w:p w14:paraId="139C420C" w14:textId="77777777" w:rsidR="00586387" w:rsidRDefault="00000000">
            <w:pPr>
              <w:spacing w:after="0"/>
            </w:pPr>
            <w:r>
              <w:rPr>
                <w:sz w:val="17"/>
              </w:rPr>
              <w:t>Earliest delivery date</w:t>
            </w:r>
          </w:p>
        </w:tc>
        <w:tc>
          <w:tcPr>
            <w:tcW w:w="4968" w:type="dxa"/>
            <w:tcMar>
              <w:top w:w="80" w:type="dxa"/>
              <w:left w:w="90" w:type="dxa"/>
              <w:bottom w:w="80" w:type="dxa"/>
              <w:right w:w="90" w:type="dxa"/>
            </w:tcMar>
            <w:vAlign w:val="center"/>
          </w:tcPr>
          <w:p w14:paraId="6C9E7C88" w14:textId="77777777" w:rsidR="00586387" w:rsidRDefault="00586387">
            <w:pPr>
              <w:spacing w:after="0"/>
            </w:pPr>
          </w:p>
        </w:tc>
      </w:tr>
      <w:tr w:rsidR="00586387" w14:paraId="11A5FD7A" w14:textId="77777777">
        <w:trPr>
          <w:jc w:val="center"/>
        </w:trPr>
        <w:tc>
          <w:tcPr>
            <w:tcW w:w="4320" w:type="dxa"/>
            <w:shd w:val="clear" w:color="auto" w:fill="EEF2F8"/>
            <w:tcMar>
              <w:top w:w="80" w:type="dxa"/>
              <w:left w:w="90" w:type="dxa"/>
              <w:bottom w:w="80" w:type="dxa"/>
              <w:right w:w="90" w:type="dxa"/>
            </w:tcMar>
            <w:vAlign w:val="center"/>
          </w:tcPr>
          <w:p w14:paraId="34C6181D" w14:textId="77777777" w:rsidR="00586387" w:rsidRDefault="00000000">
            <w:pPr>
              <w:spacing w:after="0"/>
            </w:pPr>
            <w:r>
              <w:rPr>
                <w:sz w:val="17"/>
              </w:rPr>
              <w:t>Earliest certificate-of-occupancy date</w:t>
            </w:r>
          </w:p>
        </w:tc>
        <w:tc>
          <w:tcPr>
            <w:tcW w:w="4968" w:type="dxa"/>
            <w:shd w:val="clear" w:color="auto" w:fill="EEF2F8"/>
            <w:tcMar>
              <w:top w:w="80" w:type="dxa"/>
              <w:left w:w="90" w:type="dxa"/>
              <w:bottom w:w="80" w:type="dxa"/>
              <w:right w:w="90" w:type="dxa"/>
            </w:tcMar>
            <w:vAlign w:val="center"/>
          </w:tcPr>
          <w:p w14:paraId="2E97D3D2" w14:textId="77777777" w:rsidR="00586387" w:rsidRDefault="00586387">
            <w:pPr>
              <w:spacing w:after="0"/>
            </w:pPr>
          </w:p>
        </w:tc>
      </w:tr>
      <w:tr w:rsidR="00586387" w14:paraId="7A8A0D00" w14:textId="77777777">
        <w:trPr>
          <w:jc w:val="center"/>
        </w:trPr>
        <w:tc>
          <w:tcPr>
            <w:tcW w:w="4320" w:type="dxa"/>
            <w:tcMar>
              <w:top w:w="80" w:type="dxa"/>
              <w:left w:w="90" w:type="dxa"/>
              <w:bottom w:w="80" w:type="dxa"/>
              <w:right w:w="90" w:type="dxa"/>
            </w:tcMar>
            <w:vAlign w:val="center"/>
          </w:tcPr>
          <w:p w14:paraId="27F9F129" w14:textId="77777777" w:rsidR="00586387" w:rsidRDefault="00000000">
            <w:pPr>
              <w:spacing w:after="0"/>
            </w:pPr>
            <w:r>
              <w:rPr>
                <w:sz w:val="17"/>
              </w:rPr>
              <w:t>Proposal validity period</w:t>
            </w:r>
          </w:p>
        </w:tc>
        <w:tc>
          <w:tcPr>
            <w:tcW w:w="4968" w:type="dxa"/>
            <w:tcMar>
              <w:top w:w="80" w:type="dxa"/>
              <w:left w:w="90" w:type="dxa"/>
              <w:bottom w:w="80" w:type="dxa"/>
              <w:right w:w="90" w:type="dxa"/>
            </w:tcMar>
            <w:vAlign w:val="center"/>
          </w:tcPr>
          <w:p w14:paraId="3AA58271" w14:textId="77777777" w:rsidR="00586387" w:rsidRDefault="00586387">
            <w:pPr>
              <w:spacing w:after="0"/>
            </w:pPr>
          </w:p>
        </w:tc>
      </w:tr>
    </w:tbl>
    <w:p w14:paraId="1D21C50B" w14:textId="77777777" w:rsidR="00586387" w:rsidRDefault="00000000">
      <w:pPr>
        <w:pStyle w:val="Heading1"/>
      </w:pPr>
      <w:r>
        <w:t>Condition, Buildout, and Risk Disclosures</w:t>
      </w:r>
    </w:p>
    <w:p w14:paraId="3390FD34" w14:textId="77777777" w:rsidR="00586387" w:rsidRDefault="00000000">
      <w:pPr>
        <w:spacing w:before="100" w:after="0"/>
      </w:pPr>
      <w:r>
        <w:rPr>
          <w:b/>
        </w:rPr>
        <w:t>Describe all landlord-funded buildout and attach a scope. Note that final buildout requirements will be subject to SERCO tenant buildout requests.</w:t>
      </w:r>
    </w:p>
    <w:p w14:paraId="5C4E954C" w14:textId="77777777" w:rsidR="00586387" w:rsidRDefault="00000000">
      <w:pPr>
        <w:spacing w:after="0"/>
      </w:pPr>
      <w:r>
        <w:t>_________________________________________________________________________________________________________</w:t>
      </w:r>
    </w:p>
    <w:p w14:paraId="4DC2638B" w14:textId="77777777" w:rsidR="00586387" w:rsidRDefault="00000000">
      <w:pPr>
        <w:spacing w:after="0"/>
      </w:pPr>
      <w:r>
        <w:t>_________________________________________________________________________________________________________</w:t>
      </w:r>
    </w:p>
    <w:p w14:paraId="3571AAA8" w14:textId="77777777" w:rsidR="00586387" w:rsidRDefault="00000000">
      <w:pPr>
        <w:spacing w:before="100" w:after="0"/>
      </w:pPr>
      <w:r>
        <w:rPr>
          <w:b/>
        </w:rPr>
        <w:t>Describe tenant-funded work or excluded items.</w:t>
      </w:r>
    </w:p>
    <w:p w14:paraId="64ACBCBB" w14:textId="77777777" w:rsidR="00586387" w:rsidRDefault="00000000">
      <w:pPr>
        <w:spacing w:after="0"/>
      </w:pPr>
      <w:r>
        <w:t>_________________________________________________________________________________________________________</w:t>
      </w:r>
    </w:p>
    <w:p w14:paraId="51D139A2" w14:textId="77777777" w:rsidR="00586387" w:rsidRDefault="00000000">
      <w:pPr>
        <w:spacing w:after="0"/>
      </w:pPr>
      <w:r>
        <w:t>_________________________________________________________________________________________________________</w:t>
      </w:r>
    </w:p>
    <w:p w14:paraId="629CE4AD" w14:textId="77777777" w:rsidR="00586387" w:rsidRDefault="00000000">
      <w:pPr>
        <w:spacing w:before="100" w:after="0"/>
      </w:pPr>
      <w:r>
        <w:rPr>
          <w:b/>
        </w:rPr>
        <w:t>Identify the age, condition, and capacity of existing mechanical, electrical, plumbing (MEP), data, HVAC, and restroom systems.</w:t>
      </w:r>
    </w:p>
    <w:p w14:paraId="37FD9F1C" w14:textId="77777777" w:rsidR="00586387" w:rsidRDefault="00000000">
      <w:pPr>
        <w:spacing w:after="0"/>
      </w:pPr>
      <w:r>
        <w:t>_________________________________________________________________________________________________________</w:t>
      </w:r>
    </w:p>
    <w:p w14:paraId="17CDBBFB" w14:textId="77777777" w:rsidR="00586387" w:rsidRDefault="00000000">
      <w:pPr>
        <w:spacing w:after="0"/>
      </w:pPr>
      <w:r>
        <w:t>_________________________________________________________________________________________________________</w:t>
      </w:r>
    </w:p>
    <w:p w14:paraId="4AB1589C" w14:textId="77777777" w:rsidR="00586387" w:rsidRDefault="00000000">
      <w:pPr>
        <w:spacing w:before="100" w:after="0"/>
      </w:pPr>
      <w:r>
        <w:rPr>
          <w:b/>
        </w:rPr>
        <w:lastRenderedPageBreak/>
        <w:t>Describe parking quantity, number of spaces, control, lighting, and shared-use conditions. Specify staff, customer, accessible, and reserved spaces.</w:t>
      </w:r>
    </w:p>
    <w:p w14:paraId="10A13D01" w14:textId="77777777" w:rsidR="00586387" w:rsidRDefault="00000000">
      <w:pPr>
        <w:spacing w:after="0"/>
      </w:pPr>
      <w:r>
        <w:t>_________________________________________________________________________________________________________</w:t>
      </w:r>
    </w:p>
    <w:p w14:paraId="14AE0B29" w14:textId="77777777" w:rsidR="00586387" w:rsidRDefault="00000000">
      <w:pPr>
        <w:spacing w:after="0"/>
      </w:pPr>
      <w:r>
        <w:t>_________________________________________________________________________________________________________</w:t>
      </w:r>
    </w:p>
    <w:p w14:paraId="73EED56B" w14:textId="77777777" w:rsidR="00586387" w:rsidRDefault="00000000">
      <w:pPr>
        <w:spacing w:before="100" w:after="0"/>
      </w:pPr>
      <w:r>
        <w:rPr>
          <w:b/>
        </w:rPr>
        <w:t>Disclose known roof, water intrusion, mold, asbestos, environmental, structural, code, or accessibility concerns.</w:t>
      </w:r>
    </w:p>
    <w:p w14:paraId="2C7E6C8C" w14:textId="77777777" w:rsidR="00586387" w:rsidRDefault="00000000">
      <w:pPr>
        <w:spacing w:after="0"/>
      </w:pPr>
      <w:r>
        <w:t>_________________________________________________________________________________________________________</w:t>
      </w:r>
    </w:p>
    <w:p w14:paraId="0917084F" w14:textId="77777777" w:rsidR="00586387" w:rsidRDefault="00000000">
      <w:pPr>
        <w:spacing w:after="0"/>
      </w:pPr>
      <w:r>
        <w:t>_________________________________________________________________________________________________________</w:t>
      </w:r>
    </w:p>
    <w:p w14:paraId="53A6832F" w14:textId="77777777" w:rsidR="00586387" w:rsidRDefault="00000000">
      <w:pPr>
        <w:spacing w:before="100" w:after="0"/>
      </w:pPr>
      <w:r>
        <w:rPr>
          <w:b/>
        </w:rPr>
        <w:t>List available environmental, inspection, roof, or condition reports.</w:t>
      </w:r>
    </w:p>
    <w:p w14:paraId="36037CAA" w14:textId="77777777" w:rsidR="00586387" w:rsidRDefault="00000000">
      <w:pPr>
        <w:spacing w:after="0"/>
      </w:pPr>
      <w:r>
        <w:t>_________________________________________________________________________________________________________</w:t>
      </w:r>
    </w:p>
    <w:p w14:paraId="3ED25063" w14:textId="77777777" w:rsidR="00586387" w:rsidRDefault="00000000">
      <w:pPr>
        <w:spacing w:after="0"/>
      </w:pPr>
      <w:r>
        <w:t>_________________________________________________________________________________________________________</w:t>
      </w:r>
    </w:p>
    <w:p w14:paraId="2562BC82" w14:textId="77777777" w:rsidR="00586387" w:rsidRDefault="00000000">
      <w:pPr>
        <w:spacing w:before="100" w:after="0"/>
      </w:pPr>
      <w:r>
        <w:rPr>
          <w:b/>
        </w:rPr>
        <w:t>Identify permits, inspections, and certificate-of-occupancy responsibilities.</w:t>
      </w:r>
    </w:p>
    <w:p w14:paraId="57E69932" w14:textId="77777777" w:rsidR="00586387" w:rsidRDefault="00000000">
      <w:pPr>
        <w:spacing w:after="0"/>
      </w:pPr>
      <w:r>
        <w:t>_________________________________________________________________________________________________________</w:t>
      </w:r>
    </w:p>
    <w:p w14:paraId="4490086D" w14:textId="77777777" w:rsidR="00586387" w:rsidRDefault="00000000">
      <w:pPr>
        <w:spacing w:after="0"/>
      </w:pPr>
      <w:r>
        <w:t>_________________________________________________________________________________________________________</w:t>
      </w:r>
    </w:p>
    <w:p w14:paraId="64A021B3" w14:textId="77777777" w:rsidR="00586387" w:rsidRDefault="00000000">
      <w:pPr>
        <w:spacing w:before="100" w:after="0"/>
      </w:pPr>
      <w:r>
        <w:rPr>
          <w:b/>
        </w:rPr>
        <w:t>List all exceptions to the solicitation requirements.</w:t>
      </w:r>
    </w:p>
    <w:p w14:paraId="6E39C3A4" w14:textId="77777777" w:rsidR="00586387" w:rsidRDefault="00000000">
      <w:pPr>
        <w:spacing w:after="0"/>
      </w:pPr>
      <w:r>
        <w:t>_________________________________________________________________________________________________________</w:t>
      </w:r>
    </w:p>
    <w:p w14:paraId="39134ED5" w14:textId="77777777" w:rsidR="00586387" w:rsidRDefault="00000000">
      <w:pPr>
        <w:spacing w:after="0"/>
      </w:pPr>
      <w:r>
        <w:t>_________________________________________________________________________________________________________</w:t>
      </w:r>
    </w:p>
    <w:p w14:paraId="34C41CB8" w14:textId="77777777" w:rsidR="00586387" w:rsidRDefault="00000000">
      <w:pPr>
        <w:pStyle w:val="Heading1"/>
      </w:pPr>
      <w:r>
        <w:t>Certification</w:t>
      </w:r>
    </w:p>
    <w:p w14:paraId="628E826D" w14:textId="77777777" w:rsidR="00586387" w:rsidRDefault="00000000">
      <w:r>
        <w:t>I certify that the information submitted is accurate to the best of my knowledge, that the exact premises identified in this proposal are currently available on the terms stated, and that I have authority from the property owner to submit and negotiate this proposal.</w:t>
      </w:r>
    </w:p>
    <w:p w14:paraId="102E89A9" w14:textId="77777777" w:rsidR="00586387" w:rsidRDefault="00000000">
      <w:r>
        <w:rPr>
          <w:b/>
        </w:rPr>
        <w:t xml:space="preserve">Authorized signature: </w:t>
      </w:r>
      <w:r>
        <w:t>______________________________________________________________</w:t>
      </w:r>
    </w:p>
    <w:p w14:paraId="6463C7BF" w14:textId="77777777" w:rsidR="00586387" w:rsidRDefault="00000000">
      <w:r>
        <w:rPr>
          <w:b/>
        </w:rPr>
        <w:t xml:space="preserve">Printed name and title: </w:t>
      </w:r>
      <w:r>
        <w:t>______________________________________________________________</w:t>
      </w:r>
    </w:p>
    <w:p w14:paraId="62F2E2CB" w14:textId="77777777" w:rsidR="00586387" w:rsidRDefault="00000000">
      <w:r>
        <w:rPr>
          <w:b/>
        </w:rPr>
        <w:t xml:space="preserve">Date: </w:t>
      </w:r>
      <w:r>
        <w:t>______________________________________________________________</w:t>
      </w:r>
    </w:p>
    <w:sectPr w:rsidR="00586387" w:rsidSect="00034616">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605BB" w14:textId="77777777" w:rsidR="00D96DAB" w:rsidRDefault="00D96DAB">
      <w:pPr>
        <w:spacing w:after="0" w:line="240" w:lineRule="auto"/>
      </w:pPr>
      <w:r>
        <w:separator/>
      </w:r>
    </w:p>
  </w:endnote>
  <w:endnote w:type="continuationSeparator" w:id="0">
    <w:p w14:paraId="17C3D221" w14:textId="77777777" w:rsidR="00D96DAB" w:rsidRDefault="00D96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F2A7" w14:textId="2C0CE810" w:rsidR="00586387" w:rsidRPr="003A3171" w:rsidRDefault="003A3171" w:rsidP="003A3171">
    <w:pPr>
      <w:pStyle w:val="Footer"/>
      <w:jc w:val="center"/>
    </w:pPr>
    <w:r w:rsidRPr="003A3171">
      <w:rPr>
        <w:sz w:val="16"/>
      </w:rPr>
      <w:t>REQUEST FOR PROPOSAL (RFP) FOR LEASE SPACE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9861" w14:textId="77777777" w:rsidR="00D96DAB" w:rsidRDefault="00D96DAB">
      <w:pPr>
        <w:spacing w:after="0" w:line="240" w:lineRule="auto"/>
      </w:pPr>
      <w:r>
        <w:separator/>
      </w:r>
    </w:p>
  </w:footnote>
  <w:footnote w:type="continuationSeparator" w:id="0">
    <w:p w14:paraId="595452EF" w14:textId="77777777" w:rsidR="00D96DAB" w:rsidRDefault="00D96D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78601791">
    <w:abstractNumId w:val="8"/>
  </w:num>
  <w:num w:numId="2" w16cid:durableId="480931775">
    <w:abstractNumId w:val="6"/>
  </w:num>
  <w:num w:numId="3" w16cid:durableId="1036393803">
    <w:abstractNumId w:val="5"/>
  </w:num>
  <w:num w:numId="4" w16cid:durableId="1176919154">
    <w:abstractNumId w:val="4"/>
  </w:num>
  <w:num w:numId="5" w16cid:durableId="1134368861">
    <w:abstractNumId w:val="7"/>
  </w:num>
  <w:num w:numId="6" w16cid:durableId="510920328">
    <w:abstractNumId w:val="3"/>
  </w:num>
  <w:num w:numId="7" w16cid:durableId="1625771188">
    <w:abstractNumId w:val="2"/>
  </w:num>
  <w:num w:numId="8" w16cid:durableId="512184387">
    <w:abstractNumId w:val="1"/>
  </w:num>
  <w:num w:numId="9" w16cid:durableId="362705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096"/>
    <w:rsid w:val="0015074B"/>
    <w:rsid w:val="00207EC2"/>
    <w:rsid w:val="00236FFD"/>
    <w:rsid w:val="0029639D"/>
    <w:rsid w:val="00326F90"/>
    <w:rsid w:val="003A3171"/>
    <w:rsid w:val="00586387"/>
    <w:rsid w:val="00AA1D8D"/>
    <w:rsid w:val="00B47730"/>
    <w:rsid w:val="00CB0664"/>
    <w:rsid w:val="00D96D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08A302"/>
  <w14:defaultImageDpi w14:val="300"/>
  <w15:docId w15:val="{B77AB660-2257-4E4A-9BBF-BBFC3C953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1F1F1F"/>
      <w:sz w:val="23"/>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1F1F1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line="240" w:lineRule="auto"/>
      <w:contextualSpacing/>
    </w:pPr>
    <w:rPr>
      <w:rFonts w:asciiTheme="majorHAnsi" w:eastAsiaTheme="majorEastAsia" w:hAnsiTheme="majorHAnsi" w:cstheme="majorBidi"/>
      <w:b/>
      <w:color w:val="1F1F1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549</Words>
  <Characters>8518</Characters>
  <Application>Microsoft Office Word</Application>
  <DocSecurity>0</DocSecurity>
  <Lines>8518</Lines>
  <Paragraphs>566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Taveras</dc:creator>
  <cp:keywords/>
  <dc:description>generated by python-docx</dc:description>
  <cp:lastModifiedBy>Katherine Taveras</cp:lastModifiedBy>
  <cp:revision>2</cp:revision>
  <dcterms:created xsi:type="dcterms:W3CDTF">2026-09-25T20:14:00Z</dcterms:created>
  <dcterms:modified xsi:type="dcterms:W3CDTF">2026-09-25T20:14:00Z</dcterms:modified>
  <cp:category/>
</cp:coreProperties>
</file>